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SOUTH PEST&amp;E.C.P., S.L.</w:t>
      </w:r>
    </w:p>
    <w:p>
      <w:r>
        <w:t>NIF B91052241.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