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nosfera sociedad limitada</w:t>
      </w:r>
    </w:p>
    <w:p>
      <w:r>
        <w:t>NIF B2649612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