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mos Turismo S.L.</w:t>
      </w:r>
    </w:p>
    <w:p>
      <w:r>
        <w:t>NIF B1364920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