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SOLUCIONES TEXTILES PEONIA SL</w:t>
      </w:r>
    </w:p>
    <w:p>
      <w:r>
        <w:t>NIF B95202933.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vestuario con destino al personal del Servicio de Prevención, Extinción de Incendios y Salvamento de la Diputación Foral de Bizkaia (lote 657819) · exp. 2026/0009/072/07</w:t>
            </w:r>
          </w:p>
        </w:tc>
        <w:tc>
          <w:tcPr>
            <w:tcW w:type="dxa" w:w="1440"/>
          </w:tcPr>
          <w:p>
            <w:r>
              <w:t>Diputación Foral de Bizkaia-Diputada Foral de Administración Pública y Relaciones Institucionales</w:t>
            </w:r>
          </w:p>
        </w:tc>
        <w:tc>
          <w:tcPr>
            <w:tcW w:type="dxa" w:w="1440"/>
          </w:tcPr>
          <w:p>
            <w:r>
              <w:t>15.850,00 €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Vestuario con destino al personal del Servicio de Prevención, Extinción de Incendios y Salvamento de la Diputación Foral de Bizkaia (lote 486105) · exp. 2024/0009/072/07</w:t>
            </w:r>
          </w:p>
        </w:tc>
        <w:tc>
          <w:tcPr>
            <w:tcW w:type="dxa" w:w="1440"/>
          </w:tcPr>
          <w:p>
            <w:r>
              <w:t>Diputación Foral de Bizkaia-Diputada Foral de Administración Pública y Relaciones Institucionales</w:t>
            </w:r>
          </w:p>
        </w:tc>
        <w:tc>
          <w:tcPr>
            <w:tcW w:type="dxa" w:w="1440"/>
          </w:tcPr>
          <w:p>
            <w:r>
              <w:t>9.720,00 €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18/10/2024 – 18/02/2025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25.570,00 €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Foral de Bizkaia-Diputada Foral de Administración Pública y Relaciones Institucionales</w:t>
      </w:r>
    </w:p>
    <w:p>
      <w:r>
        <w:t xml:space="preserve">SOLUCIONES TEXTILES PEONIA SL, con NIF B95202933, adjudicataria del contrato «Suministro de vestuario con destino al personal del Servicio de Prevención, Extinción de Incendios y Salvamento de la Diputación Foral de Bizkaia», lote 657819, expediente 2026/0009/072/07, adjudicado el …… por 15.850,00 €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29/10/2026 a 31/12/2026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Foral de Bizkaia-Diputada Foral de Administración Pública y Relaciones Institucionales</w:t>
      </w:r>
    </w:p>
    <w:p>
      <w:r>
        <w:t xml:space="preserve">SOLUCIONES TEXTILES PEONIA SL, con NIF B95202933, adjudicataria del contrato «Vestuario con destino al personal del Servicio de Prevención, Extinción de Incendios y Salvamento de la Diputación Foral de Bizkaia», lote 486105, expediente 2024/0009/072/07, adjudicado el …… por 9.720,00 €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18/10/2024 a 18/02/2025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