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SOLIDEO</w:t>
      </w:r>
    </w:p>
    <w:p>
      <w:r>
        <w:t>NIF B67522110.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Ejecución de proyectos de instalaciones fotovoltaicas en Patrimonio Nacional-PRTR (lote 2) · exp. 202320PA0441</w:t>
            </w:r>
          </w:p>
        </w:tc>
        <w:tc>
          <w:tcPr>
            <w:tcW w:type="dxa" w:w="1440"/>
          </w:tcPr>
          <w:p>
            <w:r>
              <w:t>Consejo de Administración del Patrimonio Nacional · NIF S2801002C</w:t>
            </w:r>
          </w:p>
        </w:tc>
        <w:tc>
          <w:tcPr>
            <w:tcW w:type="dxa" w:w="1440"/>
          </w:tcPr>
          <w:p>
            <w:r>
              <w:t>55.516,27 €</w:t>
            </w:r>
          </w:p>
        </w:tc>
        <w:tc>
          <w:tcPr>
            <w:tcW w:type="dxa" w:w="1440"/>
          </w:tcPr>
          <w:p>
            <w:r>
              <w:t>22/04/2024</w:t>
            </w:r>
          </w:p>
        </w:tc>
        <w:tc>
          <w:tcPr>
            <w:tcW w:type="dxa" w:w="1440"/>
          </w:tcPr>
          <w:p>
            <w:r>
              <w:t>22/05/2024 – 22/09/2024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Ejecución de proyectos de instalaciones fotovoltaicas en Patrimonio Nacional-PRTR (lote 3) · exp. 202320PA0441</w:t>
            </w:r>
          </w:p>
        </w:tc>
        <w:tc>
          <w:tcPr>
            <w:tcW w:type="dxa" w:w="1440"/>
          </w:tcPr>
          <w:p>
            <w:r>
              <w:t>Consejo de Administración del Patrimonio Nacional · NIF S2801002C</w:t>
            </w:r>
          </w:p>
        </w:tc>
        <w:tc>
          <w:tcPr>
            <w:tcW w:type="dxa" w:w="1440"/>
          </w:tcPr>
          <w:p>
            <w:r>
              <w:t>80.450,77 €</w:t>
            </w:r>
          </w:p>
        </w:tc>
        <w:tc>
          <w:tcPr>
            <w:tcW w:type="dxa" w:w="1440"/>
          </w:tcPr>
          <w:p>
            <w:r>
              <w:t>12/03/2024</w:t>
            </w:r>
          </w:p>
        </w:tc>
        <w:tc>
          <w:tcPr>
            <w:tcW w:type="dxa" w:w="1440"/>
          </w:tcPr>
          <w:p>
            <w:r>
              <w:t>12/04/2024 – 12/08/2024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Redacción de proyecto y ejecución de obra de instalación de producción de energía eléctrica mediante módulos solares fotovoltaicos para autoconsumo sin excedentes en varios edificios adscritos a la Consejería de Agricultura, Agua y Desarrollo Rural de la Junta de Comunidades de Castilla La Mancha (lote 04) · exp. 2023/007013</w:t>
            </w:r>
          </w:p>
        </w:tc>
        <w:tc>
          <w:tcPr>
            <w:tcW w:type="dxa" w:w="1440"/>
          </w:tcPr>
          <w:p>
            <w:r>
              <w:t>Secretaría General de la Consejería de Hacienda, Administraciones Públicas y Transformación Digital de la Junta de Comunidades de Castilla-La Mancha · NIF S1911001D</w:t>
            </w:r>
          </w:p>
        </w:tc>
        <w:tc>
          <w:tcPr>
            <w:tcW w:type="dxa" w:w="1440"/>
          </w:tcPr>
          <w:p>
            <w:r>
              <w:t>4.768,50 €</w:t>
            </w:r>
          </w:p>
        </w:tc>
        <w:tc>
          <w:tcPr>
            <w:tcW w:type="dxa" w:w="1440"/>
          </w:tcPr>
          <w:p>
            <w:r>
              <w:t>19/10/2023</w:t>
            </w:r>
          </w:p>
        </w:tc>
        <w:tc>
          <w:tcPr>
            <w:tcW w:type="dxa" w:w="1440"/>
          </w:tcPr>
          <w:p>
            <w:r>
              <w:t>19/11/2023 – 19/05/2024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Execució de l'obra d'instal·lació fotovoltaica al dipòsit de l'ETAP de Palafolls D'ATL de Palafolls. Clau: ENE-53174 · exp. OP. ENE-53174</w:t>
            </w:r>
          </w:p>
        </w:tc>
        <w:tc>
          <w:tcPr>
            <w:tcW w:type="dxa" w:w="1440"/>
          </w:tcPr>
          <w:p>
            <w:r>
              <w:t>Infraestructures de la Generalitat de Catalunya, SAU</w:t>
            </w:r>
          </w:p>
        </w:tc>
        <w:tc>
          <w:tcPr>
            <w:tcW w:type="dxa" w:w="1440"/>
          </w:tcPr>
          <w:p>
            <w:r>
              <w:t>628.293,26 €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31/01/2025 – 30/09/2025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Execució de l'obra d'instal·lació fotovoltaica a la Planta de tractament d'aigües d'Abrera - ETAP Llobregat - CT Martorell- Olesa 4,6 K de Abrera. Clau: ENE-01606 · exp. OP. ENE-01606</w:t>
            </w:r>
          </w:p>
        </w:tc>
        <w:tc>
          <w:tcPr>
            <w:tcW w:type="dxa" w:w="1440"/>
          </w:tcPr>
          <w:p>
            <w:r>
              <w:t>Infraestructures de la Generalitat de Catalunya, SAU</w:t>
            </w:r>
          </w:p>
        </w:tc>
        <w:tc>
          <w:tcPr>
            <w:tcW w:type="dxa" w:w="1440"/>
          </w:tcPr>
          <w:p>
            <w:r>
              <w:t>399.964,39 €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31/01/2025 – 31/07/2025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1.168.993,19 €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del Patrimonio Nacional (NIF S2801002C)</w:t>
      </w:r>
    </w:p>
    <w:p>
      <w:r>
        <w:t xml:space="preserve">SOLIDEO, con NIF B67522110, adjudicataria del contrato «Ejecución de proyectos de instalaciones fotovoltaicas en Patrimonio Nacional-PRTR», lote 2, expediente 202320PA0441, adjudicado el 22/04/2024 por 55.516,27 €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22/05/2024 a 22/09/2024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del Patrimonio Nacional (NIF S2801002C)</w:t>
      </w:r>
    </w:p>
    <w:p>
      <w:r>
        <w:t xml:space="preserve">SOLIDEO, con NIF B67522110, adjudicataria del contrato «Ejecución de proyectos de instalaciones fotovoltaicas en Patrimonio Nacional-PRTR», lote 3, expediente 202320PA0441, adjudicado el 12/03/2024 por 80.450,77 €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12/04/2024 a 12/08/2024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General de la Consejería de Hacienda, Administraciones Públicas y Transformación Digital de la Junta de Comunidades de Castilla-La Mancha (NIF S1911001D)</w:t>
      </w:r>
    </w:p>
    <w:p>
      <w:r>
        <w:t xml:space="preserve">SOLIDEO, con NIF B67522110, adjudicataria del contrato «Redacción de proyecto y ejecución de obra de instalación de producción de energía eléctrica mediante módulos solares fotovoltaicos para autoconsumo sin excedentes en varios edificios adscritos a la Consejería de Agricultura, Agua y Desarrollo Rural de la Junta de Comunidades de Castilla La Mancha», lote 04, expediente 2023/007013, adjudicado el 19/10/2023 por 4.768,50 €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19/11/2023 a 19/05/2024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Infraestructures de la Generalitat de Catalunya, SAU</w:t>
      </w:r>
    </w:p>
    <w:p>
      <w:r>
        <w:t xml:space="preserve">SOLIDEO, con NIF B67522110, adjudicataria del contrato «Execució de l'obra d'instal·lació fotovoltaica al dipòsit de l'ETAP de Palafolls D'ATL de Palafolls. Clau: ENE-53174», expediente OP. ENE-53174, adjudicado el …… por 628.293,26 €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31/01/2025 a 30/09/2025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Infraestructures de la Generalitat de Catalunya, SAU</w:t>
      </w:r>
    </w:p>
    <w:p>
      <w:r>
        <w:t xml:space="preserve">SOLIDEO, con NIF B67522110, adjudicataria del contrato «Execució de l'obra d'instal·lació fotovoltaica a la Planta de tractament d'aigües d'Abrera - ETAP Llobregat - CT Martorell- Olesa 4,6 K de Abrera. Clau: ENE-01606», expediente OP. ENE-01606, adjudicado el …… por 399.964,39 €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31/01/2025 a 31/07/2025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