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ciedad Española de Fertilidad</w:t>
      </w:r>
    </w:p>
    <w:p>
      <w:r>
        <w:t>NIF G79014353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