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dad Española de Fertilidad</w:t>
      </w:r>
    </w:p>
    <w:p>
      <w:r>
        <w:t>NIF G7901435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