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SOCIEDAD ANDALUZA DE SERVICIOS SANITARIOS, S.L.</w:t>
      </w:r>
    </w:p>
    <w:p>
      <w:r>
        <w:t>NIF B04800132.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Contrato mixto servicio y suministro de itinerarios de inserción vinculados a certificado profesional, en el marco del proyecto GRANADAEMPLEO+ (FSE+EFESO). (lote 1) · exp. SE2/2026</w:t>
            </w:r>
          </w:p>
        </w:tc>
        <w:tc>
          <w:tcPr>
            <w:tcW w:type="dxa" w:w="1440"/>
          </w:tcPr>
          <w:p>
            <w:r>
              <w:t>Diputación Provincial de Granada · NIF P1800000J</w:t>
            </w:r>
          </w:p>
        </w:tc>
        <w:tc>
          <w:tcPr>
            <w:tcW w:type="dxa" w:w="1440"/>
          </w:tcPr>
          <w:p>
            <w:r>
              <w:t>555.006,08 €</w:t>
            </w:r>
          </w:p>
        </w:tc>
        <w:tc>
          <w:tcPr>
            <w:tcW w:type="dxa" w:w="1440"/>
          </w:tcPr>
          <w:p>
            <w:r>
              <w:t>11/08/2026</w:t>
            </w:r>
          </w:p>
        </w:tc>
        <w:tc>
          <w:tcPr>
            <w:tcW w:type="dxa" w:w="1440"/>
          </w:tcPr>
          <w:p>
            <w:r>
              <w:t>21/09/2026 – en curso</w:t>
            </w:r>
          </w:p>
        </w:tc>
        <w:tc>
          <w:tcPr>
            <w:tcW w:type="dxa" w:w="1440"/>
          </w:tcPr>
          <w:p>
            <w:r>
              <w:rPr>
                <w:highlight w:val="yellow"/>
              </w:rPr>
              <w:t>rellenar</w:t>
            </w:r>
          </w:p>
        </w:tc>
      </w:tr>
      <w:tr>
        <w:tc>
          <w:tcPr>
            <w:tcW w:type="dxa" w:w="1440"/>
          </w:tcPr>
          <w:p>
            <w:r>
              <w:t>Servicio de formación dentro del proyecto EFESO SEVILLA para la obtención del certificado de profesionalidad "Limpieza de superficies y mobiliario en edificios y locales" código SSCM0108 (lote 6) · exp. 2025/ASE/001395</w:t>
            </w:r>
          </w:p>
        </w:tc>
        <w:tc>
          <w:tcPr>
            <w:tcW w:type="dxa" w:w="1440"/>
          </w:tcPr>
          <w:p>
            <w:r>
              <w:t>Ayuntamiento de Sevilla · NIF P4109100J</w:t>
            </w:r>
          </w:p>
        </w:tc>
        <w:tc>
          <w:tcPr>
            <w:tcW w:type="dxa" w:w="1440"/>
          </w:tcPr>
          <w:p>
            <w:r>
              <w:t>25.607,70 €</w:t>
            </w:r>
          </w:p>
        </w:tc>
        <w:tc>
          <w:tcPr>
            <w:tcW w:type="dxa" w:w="1440"/>
          </w:tcPr>
          <w:p>
            <w:r>
              <w:t>10/07/2026</w:t>
            </w:r>
          </w:p>
        </w:tc>
        <w:tc>
          <w:tcPr>
            <w:tcW w:type="dxa" w:w="1440"/>
          </w:tcPr>
          <w:p>
            <w:r>
              <w:t>11/08/2026 – en curso</w:t>
            </w:r>
          </w:p>
        </w:tc>
        <w:tc>
          <w:tcPr>
            <w:tcW w:type="dxa" w:w="1440"/>
          </w:tcPr>
          <w:p>
            <w:r>
              <w:rPr>
                <w:highlight w:val="yellow"/>
              </w:rPr>
              <w:t>rellenar</w:t>
            </w:r>
          </w:p>
        </w:tc>
      </w:tr>
      <w:tr>
        <w:tc>
          <w:tcPr>
            <w:tcW w:type="dxa" w:w="1440"/>
          </w:tcPr>
          <w:p>
            <w:r>
              <w:t>Gestión de 60 itinerarios formativos, formación transversal y complementaria mediante lotes, en el ámbito del proyecto "PROEMPLEO8", en el marco de la convocatoria de ayudas para proyectos de formación para el empleo promovidos por entidades locales, financiados por el Fondo Social Europeo plus (FSE (lote 16) · exp. CO-2025/001353</w:t>
            </w:r>
          </w:p>
        </w:tc>
        <w:tc>
          <w:tcPr>
            <w:tcW w:type="dxa" w:w="1440"/>
          </w:tcPr>
          <w:p>
            <w:r>
              <w:t>Diputación Provincial de Jaén · NIF P2300000C</w:t>
            </w:r>
          </w:p>
        </w:tc>
        <w:tc>
          <w:tcPr>
            <w:tcW w:type="dxa" w:w="1440"/>
          </w:tcPr>
          <w:p>
            <w:r>
              <w:t>313.632,00 €</w:t>
            </w:r>
          </w:p>
        </w:tc>
        <w:tc>
          <w:tcPr>
            <w:tcW w:type="dxa" w:w="1440"/>
          </w:tcPr>
          <w:p>
            <w:r>
              <w:t>02/06/2026</w:t>
            </w:r>
          </w:p>
        </w:tc>
        <w:tc>
          <w:tcPr>
            <w:tcW w:type="dxa" w:w="1440"/>
          </w:tcPr>
          <w:p>
            <w:r>
              <w:t>02/07/2026 – en curso</w:t>
            </w:r>
          </w:p>
        </w:tc>
        <w:tc>
          <w:tcPr>
            <w:tcW w:type="dxa" w:w="1440"/>
          </w:tcPr>
          <w:p>
            <w:r>
              <w:rPr>
                <w:highlight w:val="yellow"/>
              </w:rPr>
              <w:t>rellenar</w:t>
            </w:r>
          </w:p>
        </w:tc>
      </w:tr>
      <w:tr>
        <w:tc>
          <w:tcPr>
            <w:tcW w:type="dxa" w:w="1440"/>
          </w:tcPr>
          <w:p>
            <w:r>
              <w:t>Gestión de 60 itinerarios formativos, formación transversal y complementaria mediante lotes, en el ámbito del proyecto "PROEMPLEO8", en el marco de la convocatoria de ayudas para proyectos de formación para el empleo promovidos por entidades locales, financiados por el Fondo Social Europeo plus (FSE (lote 17) · exp. CO-2025/001353</w:t>
            </w:r>
          </w:p>
        </w:tc>
        <w:tc>
          <w:tcPr>
            <w:tcW w:type="dxa" w:w="1440"/>
          </w:tcPr>
          <w:p>
            <w:r>
              <w:t>Diputación Provincial de Jaén · NIF P2300000C</w:t>
            </w:r>
          </w:p>
        </w:tc>
        <w:tc>
          <w:tcPr>
            <w:tcW w:type="dxa" w:w="1440"/>
          </w:tcPr>
          <w:p>
            <w:r>
              <w:t>175.744,80 €</w:t>
            </w:r>
          </w:p>
        </w:tc>
        <w:tc>
          <w:tcPr>
            <w:tcW w:type="dxa" w:w="1440"/>
          </w:tcPr>
          <w:p>
            <w:r>
              <w:t>02/06/2026</w:t>
            </w:r>
          </w:p>
        </w:tc>
        <w:tc>
          <w:tcPr>
            <w:tcW w:type="dxa" w:w="1440"/>
          </w:tcPr>
          <w:p>
            <w:r>
              <w:t>23/07/2026 – en curso</w:t>
            </w:r>
          </w:p>
        </w:tc>
        <w:tc>
          <w:tcPr>
            <w:tcW w:type="dxa" w:w="1440"/>
          </w:tcPr>
          <w:p>
            <w:r>
              <w:rPr>
                <w:highlight w:val="yellow"/>
              </w:rPr>
              <w:t>rellenar</w:t>
            </w:r>
          </w:p>
        </w:tc>
      </w:tr>
      <w:tr>
        <w:tc>
          <w:tcPr>
            <w:tcW w:type="dxa" w:w="1440"/>
          </w:tcPr>
          <w:p>
            <w:r>
              <w:t>Servicios para la impartición de acciones formativas en el marco del Programa CLAVE DH en el marco del Programa EFESO cofinanciado al 85% por el Fondo Social Europeo FSE+ (2021-2027) (lote 3) · exp. 95/2025/CON</w:t>
            </w:r>
          </w:p>
        </w:tc>
        <w:tc>
          <w:tcPr>
            <w:tcW w:type="dxa" w:w="1440"/>
          </w:tcPr>
          <w:p>
            <w:r>
              <w:t>Ayuntamiento de Dos Hermanas · NIF P4103800A</w:t>
            </w:r>
          </w:p>
        </w:tc>
        <w:tc>
          <w:tcPr>
            <w:tcW w:type="dxa" w:w="1440"/>
          </w:tcPr>
          <w:p>
            <w:r>
              <w:t>101.347,20 €</w:t>
            </w:r>
          </w:p>
        </w:tc>
        <w:tc>
          <w:tcPr>
            <w:tcW w:type="dxa" w:w="1440"/>
          </w:tcPr>
          <w:p>
            <w:r>
              <w:t>06/05/2026</w:t>
            </w:r>
          </w:p>
        </w:tc>
        <w:tc>
          <w:tcPr>
            <w:tcW w:type="dxa" w:w="1440"/>
          </w:tcPr>
          <w:p>
            <w:r>
              <w:t>08/06/2026 – en curso</w:t>
            </w:r>
          </w:p>
        </w:tc>
        <w:tc>
          <w:tcPr>
            <w:tcW w:type="dxa" w:w="1440"/>
          </w:tcPr>
          <w:p>
            <w:r>
              <w:rPr>
                <w:highlight w:val="yellow"/>
              </w:rPr>
              <w:t>rellenar</w:t>
            </w:r>
          </w:p>
        </w:tc>
      </w:tr>
      <w:tr>
        <w:tc>
          <w:tcPr>
            <w:tcW w:type="dxa" w:w="1440"/>
          </w:tcPr>
          <w:p>
            <w:r>
              <w:t>servicio de celebración de sesiones de coaching motivacional, selección y seguimiento de participantes en los itinerarios formativos ofertados dentro del proyecto Relánza-T, financiados por el proyecto de Empleo, Educación, Formación y Economía Social, del Fondo Social Europeo Plus (FSE+) del periodo de programación 2021-2027 (C-2025/064) · exp. 10696/2025</w:t>
            </w:r>
          </w:p>
        </w:tc>
        <w:tc>
          <w:tcPr>
            <w:tcW w:type="dxa" w:w="1440"/>
          </w:tcPr>
          <w:p>
            <w:r>
              <w:t>Ayuntamiento de Alcalá de Guadaíra · NIF P4100400C</w:t>
            </w:r>
          </w:p>
        </w:tc>
        <w:tc>
          <w:tcPr>
            <w:tcW w:type="dxa" w:w="1440"/>
          </w:tcPr>
          <w:p>
            <w:r>
              <w:t>58.284,00 €</w:t>
            </w:r>
          </w:p>
        </w:tc>
        <w:tc>
          <w:tcPr>
            <w:tcW w:type="dxa" w:w="1440"/>
          </w:tcPr>
          <w:p>
            <w:r>
              <w:t>23/01/2026</w:t>
            </w:r>
          </w:p>
        </w:tc>
        <w:tc>
          <w:tcPr>
            <w:tcW w:type="dxa" w:w="1440"/>
          </w:tcPr>
          <w:p>
            <w:r>
              <w:t>06/02/2026 – en curso</w:t>
            </w:r>
          </w:p>
        </w:tc>
        <w:tc>
          <w:tcPr>
            <w:tcW w:type="dxa" w:w="1440"/>
          </w:tcPr>
          <w:p>
            <w:r>
              <w:rPr>
                <w:highlight w:val="yellow"/>
              </w:rPr>
              <w:t>rellenar</w:t>
            </w:r>
          </w:p>
        </w:tc>
      </w:tr>
      <w:tr>
        <w:tc>
          <w:tcPr>
            <w:tcW w:type="dxa" w:w="1440"/>
          </w:tcPr>
          <w:p>
            <w:r>
              <w:t>servicio de impartición de talleres de intervención grupal del Área de Bienestar Social, Igualdad y Familia de la Diputación Provincial de Almería (lote 1) · exp. 2025/D22200/006-313/00001</w:t>
            </w:r>
          </w:p>
        </w:tc>
        <w:tc>
          <w:tcPr>
            <w:tcW w:type="dxa" w:w="1440"/>
          </w:tcPr>
          <w:p>
            <w:r>
              <w:t>Diputación Provincial de Almería · NIF P0400000F</w:t>
            </w:r>
          </w:p>
        </w:tc>
        <w:tc>
          <w:tcPr>
            <w:tcW w:type="dxa" w:w="1440"/>
          </w:tcPr>
          <w:p>
            <w:r>
              <w:t>37.323,77 €</w:t>
            </w:r>
          </w:p>
        </w:tc>
        <w:tc>
          <w:tcPr>
            <w:tcW w:type="dxa" w:w="1440"/>
          </w:tcPr>
          <w:p>
            <w:r>
              <w:t>20/10/2025</w:t>
            </w:r>
          </w:p>
        </w:tc>
        <w:tc>
          <w:tcPr>
            <w:tcW w:type="dxa" w:w="1440"/>
          </w:tcPr>
          <w:p>
            <w:r>
              <w:t>… – …</w:t>
            </w:r>
          </w:p>
        </w:tc>
        <w:tc>
          <w:tcPr>
            <w:tcW w:type="dxa" w:w="1440"/>
          </w:tcPr>
          <w:p>
            <w:r>
              <w:rPr>
                <w:highlight w:val="yellow"/>
              </w:rPr>
              <w:t>rellenar</w:t>
            </w:r>
          </w:p>
        </w:tc>
      </w:tr>
      <w:tr>
        <w:tc>
          <w:tcPr>
            <w:tcW w:type="dxa" w:w="1440"/>
          </w:tcPr>
          <w:p>
            <w:r>
              <w:t>servicio de impartición de talleres de intervención grupal del Área de Bienestar Social, Igualdad y Familia de la Diputación Provincial de Almería (lote 3) · exp. 2025/D22200/006-313/00001</w:t>
            </w:r>
          </w:p>
        </w:tc>
        <w:tc>
          <w:tcPr>
            <w:tcW w:type="dxa" w:w="1440"/>
          </w:tcPr>
          <w:p>
            <w:r>
              <w:t>Diputación Provincial de Almería · NIF P0400000F</w:t>
            </w:r>
          </w:p>
        </w:tc>
        <w:tc>
          <w:tcPr>
            <w:tcW w:type="dxa" w:w="1440"/>
          </w:tcPr>
          <w:p>
            <w:r>
              <w:t>12.780,30 €</w:t>
            </w:r>
          </w:p>
        </w:tc>
        <w:tc>
          <w:tcPr>
            <w:tcW w:type="dxa" w:w="1440"/>
          </w:tcPr>
          <w:p>
            <w:r>
              <w:t>20/10/2025</w:t>
            </w:r>
          </w:p>
        </w:tc>
        <w:tc>
          <w:tcPr>
            <w:tcW w:type="dxa" w:w="1440"/>
          </w:tcPr>
          <w:p>
            <w:r>
              <w:t>… – …</w:t>
            </w:r>
          </w:p>
        </w:tc>
        <w:tc>
          <w:tcPr>
            <w:tcW w:type="dxa" w:w="1440"/>
          </w:tcPr>
          <w:p>
            <w:r>
              <w:rPr>
                <w:highlight w:val="yellow"/>
              </w:rPr>
              <w:t>rellenar</w:t>
            </w:r>
          </w:p>
        </w:tc>
      </w:tr>
      <w:tr>
        <w:tc>
          <w:tcPr>
            <w:tcW w:type="dxa" w:w="1440"/>
          </w:tcPr>
          <w:p>
            <w:r>
              <w:t>servicio de impartición de talleres de intervención grupal del Área de Bienestar Social, Igualdad y Familia de la Diputación Provincial de Almería (lote 4) · exp. 2025/D22200/006-313/00001</w:t>
            </w:r>
          </w:p>
        </w:tc>
        <w:tc>
          <w:tcPr>
            <w:tcW w:type="dxa" w:w="1440"/>
          </w:tcPr>
          <w:p>
            <w:r>
              <w:t>Diputación Provincial de Almería · NIF P0400000F</w:t>
            </w:r>
          </w:p>
        </w:tc>
        <w:tc>
          <w:tcPr>
            <w:tcW w:type="dxa" w:w="1440"/>
          </w:tcPr>
          <w:p>
            <w:r>
              <w:t>1.394,00 €</w:t>
            </w:r>
          </w:p>
        </w:tc>
        <w:tc>
          <w:tcPr>
            <w:tcW w:type="dxa" w:w="1440"/>
          </w:tcPr>
          <w:p>
            <w:r>
              <w:t>20/10/2025</w:t>
            </w:r>
          </w:p>
        </w:tc>
        <w:tc>
          <w:tcPr>
            <w:tcW w:type="dxa" w:w="1440"/>
          </w:tcPr>
          <w:p>
            <w:r>
              <w:t>… – …</w:t>
            </w:r>
          </w:p>
        </w:tc>
        <w:tc>
          <w:tcPr>
            <w:tcW w:type="dxa" w:w="1440"/>
          </w:tcPr>
          <w:p>
            <w:r>
              <w:rPr>
                <w:highlight w:val="yellow"/>
              </w:rPr>
              <w:t>rellenar</w:t>
            </w:r>
          </w:p>
        </w:tc>
      </w:tr>
      <w:tr>
        <w:tc>
          <w:tcPr>
            <w:tcW w:type="dxa" w:w="1440"/>
          </w:tcPr>
          <w:p>
            <w:r>
              <w:t>servicio de impartición de talleres de intervención grupal del Área de Bienestar Social, Igualdad y Familia de la Diputación Provincial de Almería (lote 5) · exp. 2025/D22200/006-313/00001</w:t>
            </w:r>
          </w:p>
        </w:tc>
        <w:tc>
          <w:tcPr>
            <w:tcW w:type="dxa" w:w="1440"/>
          </w:tcPr>
          <w:p>
            <w:r>
              <w:t>Diputación Provincial de Almería · NIF P0400000F</w:t>
            </w:r>
          </w:p>
        </w:tc>
        <w:tc>
          <w:tcPr>
            <w:tcW w:type="dxa" w:w="1440"/>
          </w:tcPr>
          <w:p>
            <w:r>
              <w:t>13.090,91 €</w:t>
            </w:r>
          </w:p>
        </w:tc>
        <w:tc>
          <w:tcPr>
            <w:tcW w:type="dxa" w:w="1440"/>
          </w:tcPr>
          <w:p>
            <w:r>
              <w:t>20/10/2025</w:t>
            </w:r>
          </w:p>
        </w:tc>
        <w:tc>
          <w:tcPr>
            <w:tcW w:type="dxa" w:w="1440"/>
          </w:tcPr>
          <w:p>
            <w:r>
              <w:t>… – …</w:t>
            </w:r>
          </w:p>
        </w:tc>
        <w:tc>
          <w:tcPr>
            <w:tcW w:type="dxa" w:w="1440"/>
          </w:tcPr>
          <w:p>
            <w:r>
              <w:rPr>
                <w:highlight w:val="yellow"/>
              </w:rPr>
              <w:t>rellenar</w:t>
            </w:r>
          </w:p>
        </w:tc>
      </w:tr>
      <w:tr>
        <w:tc>
          <w:tcPr>
            <w:tcW w:type="dxa" w:w="1440"/>
          </w:tcPr>
          <w:p>
            <w:r>
              <w:t>servicio de impartición de talleres de intervención grupal del Área de Bienestar Social, Igualdad y Familia de la Diputación Provincial de Almería (lote 7) · exp. 2025/D22200/006-313/00001</w:t>
            </w:r>
          </w:p>
        </w:tc>
        <w:tc>
          <w:tcPr>
            <w:tcW w:type="dxa" w:w="1440"/>
          </w:tcPr>
          <w:p>
            <w:r>
              <w:t>Diputación Provincial de Almería · NIF P0400000F</w:t>
            </w:r>
          </w:p>
        </w:tc>
        <w:tc>
          <w:tcPr>
            <w:tcW w:type="dxa" w:w="1440"/>
          </w:tcPr>
          <w:p>
            <w:r>
              <w:t>16.609,82 €</w:t>
            </w:r>
          </w:p>
        </w:tc>
        <w:tc>
          <w:tcPr>
            <w:tcW w:type="dxa" w:w="1440"/>
          </w:tcPr>
          <w:p>
            <w:r>
              <w:t>20/10/2025</w:t>
            </w:r>
          </w:p>
        </w:tc>
        <w:tc>
          <w:tcPr>
            <w:tcW w:type="dxa" w:w="1440"/>
          </w:tcPr>
          <w:p>
            <w:r>
              <w:t>… – …</w:t>
            </w:r>
          </w:p>
        </w:tc>
        <w:tc>
          <w:tcPr>
            <w:tcW w:type="dxa" w:w="1440"/>
          </w:tcPr>
          <w:p>
            <w:r>
              <w:rPr>
                <w:highlight w:val="yellow"/>
              </w:rPr>
              <w:t>rellenar</w:t>
            </w:r>
          </w:p>
        </w:tc>
      </w:tr>
      <w:tr>
        <w:tc>
          <w:tcPr>
            <w:tcW w:type="dxa" w:w="1440"/>
          </w:tcPr>
          <w:p>
            <w:r>
              <w:t>servicio de impartición de talleres de intervención grupal del Área de Bienestar Social, Igualdad y Familia de la Diputación Provincial de Almería (lote 8) · exp. 2025/D22200/006-313/00001</w:t>
            </w:r>
          </w:p>
        </w:tc>
        <w:tc>
          <w:tcPr>
            <w:tcW w:type="dxa" w:w="1440"/>
          </w:tcPr>
          <w:p>
            <w:r>
              <w:t>Diputación Provincial de Almería · NIF P0400000F</w:t>
            </w:r>
          </w:p>
        </w:tc>
        <w:tc>
          <w:tcPr>
            <w:tcW w:type="dxa" w:w="1440"/>
          </w:tcPr>
          <w:p>
            <w:r>
              <w:t>8.140,00 €</w:t>
            </w:r>
          </w:p>
        </w:tc>
        <w:tc>
          <w:tcPr>
            <w:tcW w:type="dxa" w:w="1440"/>
          </w:tcPr>
          <w:p>
            <w:r>
              <w:t>20/10/2025</w:t>
            </w:r>
          </w:p>
        </w:tc>
        <w:tc>
          <w:tcPr>
            <w:tcW w:type="dxa" w:w="1440"/>
          </w:tcPr>
          <w:p>
            <w:r>
              <w:t>… – …</w:t>
            </w:r>
          </w:p>
        </w:tc>
        <w:tc>
          <w:tcPr>
            <w:tcW w:type="dxa" w:w="1440"/>
          </w:tcPr>
          <w:p>
            <w:r>
              <w:rPr>
                <w:highlight w:val="yellow"/>
              </w:rPr>
              <w:t>rellenar</w:t>
            </w:r>
          </w:p>
        </w:tc>
      </w:tr>
      <w:tr>
        <w:tc>
          <w:tcPr>
            <w:tcW w:type="dxa" w:w="1440"/>
          </w:tcPr>
          <w:p>
            <w:r>
              <w:t>contratación del servicio para la impartición de los cursos de formación para el empleo dirigidos a mujeres de la provincia de Almería en municipios menores de 20.000 habitantes (lote 2) · exp. 2024/D22200/006-302/00002</w:t>
            </w:r>
          </w:p>
        </w:tc>
        <w:tc>
          <w:tcPr>
            <w:tcW w:type="dxa" w:w="1440"/>
          </w:tcPr>
          <w:p>
            <w:r>
              <w:t>Diputación Provincial de Almería · NIF P0400000F</w:t>
            </w:r>
          </w:p>
        </w:tc>
        <w:tc>
          <w:tcPr>
            <w:tcW w:type="dxa" w:w="1440"/>
          </w:tcPr>
          <w:p>
            <w:r>
              <w:t>43.420,00 €</w:t>
            </w:r>
          </w:p>
        </w:tc>
        <w:tc>
          <w:tcPr>
            <w:tcW w:type="dxa" w:w="1440"/>
          </w:tcPr>
          <w:p>
            <w:r>
              <w:t>02/07/2024</w:t>
            </w:r>
          </w:p>
        </w:tc>
        <w:tc>
          <w:tcPr>
            <w:tcW w:type="dxa" w:w="1440"/>
          </w:tcPr>
          <w:p>
            <w:r>
              <w:t>… – …</w:t>
            </w:r>
          </w:p>
        </w:tc>
        <w:tc>
          <w:tcPr>
            <w:tcW w:type="dxa" w:w="1440"/>
          </w:tcPr>
          <w:p>
            <w:r>
              <w:rPr>
                <w:highlight w:val="yellow"/>
              </w:rPr>
              <w:t>rellenar</w:t>
            </w:r>
          </w:p>
        </w:tc>
      </w:tr>
      <w:tr>
        <w:tc>
          <w:tcPr>
            <w:tcW w:type="dxa" w:w="1440"/>
          </w:tcPr>
          <w:p>
            <w:r>
              <w:t>imparticion de seis acciones formativas en cfpe punta europa algeciras (lote 2) · exp. CONTR 2025 0000377012</w:t>
            </w:r>
          </w:p>
        </w:tc>
        <w:tc>
          <w:tcPr>
            <w:tcW w:type="dxa" w:w="1440"/>
          </w:tcPr>
          <w:p>
            <w:r>
              <w:t>Delegación Territorial de Empleo, Empresa y Trabajo Autónomo en Cádiz</w:t>
            </w:r>
          </w:p>
        </w:tc>
        <w:tc>
          <w:tcPr>
            <w:tcW w:type="dxa" w:w="1440"/>
          </w:tcPr>
          <w:p>
            <w:r>
              <w:t>66.832,00 €</w:t>
            </w:r>
          </w:p>
        </w:tc>
        <w:tc>
          <w:tcPr>
            <w:tcW w:type="dxa" w:w="1440"/>
          </w:tcPr>
          <w:p>
            <w:r/>
          </w:p>
        </w:tc>
        <w:tc>
          <w:tcPr>
            <w:tcW w:type="dxa" w:w="1440"/>
          </w:tcPr>
          <w:p>
            <w:r>
              <w:t>12/01/2026 – en curso</w:t>
            </w:r>
          </w:p>
        </w:tc>
        <w:tc>
          <w:tcPr>
            <w:tcW w:type="dxa" w:w="1440"/>
          </w:tcPr>
          <w:p>
            <w:r>
              <w:rPr>
                <w:highlight w:val="yellow"/>
              </w:rPr>
              <w:t>rellenar</w:t>
            </w:r>
          </w:p>
        </w:tc>
      </w:tr>
    </w:tbl>
    <w:p/>
    <w:p>
      <w:r>
        <w:rPr>
          <w:b/>
        </w:rPr>
        <w:t>Importe adjudicado en el periodo: 1.429.212,58 € sin IVA, en 14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Diputación Provincial de Granada (NIF P1800000J)</w:t>
      </w:r>
    </w:p>
    <w:p>
      <w:r>
        <w:t xml:space="preserve">SOCIEDAD ANDALUZA DE SERVICIOS SANITARIOS, S.L., con NIF B04800132, adjudicataria del contrato «Contrato mixto servicio y suministro de itinerarios de inserción vinculados a certificado profesional, en el marco del proyecto GRANADAEMPLEO+ (FSE+EFESO).», lote 1, expediente SE2/2026, adjudicado el 11/08/2026 por 555.006,08 €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21/09/2026 a 21/09/2027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Sevilla (NIF P4109100J)</w:t>
      </w:r>
    </w:p>
    <w:p>
      <w:r>
        <w:t xml:space="preserve">SOCIEDAD ANDALUZA DE SERVICIOS SANITARIOS, S.L., con NIF B04800132, adjudicataria del contrato «Servicio de formación dentro del proyecto EFESO SEVILLA para la obtención del certificado de profesionalidad "Limpieza de superficies y mobiliario en edificios y locales" código SSCM0108», lote 6, expediente 2025/ASE/001395, adjudicado el 10/07/2026 por 25.607,70 €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11/08/2026 a 11/01/2027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Diputación Provincial de Jaén (NIF P2300000C)</w:t>
      </w:r>
    </w:p>
    <w:p>
      <w:r>
        <w:t xml:space="preserve">SOCIEDAD ANDALUZA DE SERVICIOS SANITARIOS, S.L., con NIF B04800132, adjudicataria del contrato «Gestión de 60 itinerarios formativos, formación transversal y complementaria mediante lotes, en el ámbito del proyecto "PROEMPLEO8", en el marco de la convocatoria de ayudas para proyectos de formación para el empleo promovidos por entidades locales, financiados por el Fondo Social Europeo plus (FSE», lote 16, expediente CO-2025/001353, adjudicado el 02/06/2026 por 313.632,00 €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02/07/2026 a 02/09/2027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Diputación Provincial de Jaén (NIF P2300000C)</w:t>
      </w:r>
    </w:p>
    <w:p>
      <w:r>
        <w:t xml:space="preserve">SOCIEDAD ANDALUZA DE SERVICIOS SANITARIOS, S.L., con NIF B04800132, adjudicataria del contrato «Gestión de 60 itinerarios formativos, formación transversal y complementaria mediante lotes, en el ámbito del proyecto "PROEMPLEO8", en el marco de la convocatoria de ayudas para proyectos de formación para el empleo promovidos por entidades locales, financiados por el Fondo Social Europeo plus (FSE», lote 17, expediente CO-2025/001353, adjudicado el 02/06/2026 por 175.744,80 €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23/07/2026 a 23/09/2027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Dos Hermanas (NIF P4103800A)</w:t>
      </w:r>
    </w:p>
    <w:p>
      <w:r>
        <w:t xml:space="preserve">SOCIEDAD ANDALUZA DE SERVICIOS SANITARIOS, S.L., con NIF B04800132, adjudicataria del contrato «Servicios para la impartición de acciones formativas en el marco del Programa CLAVE DH en el marco del Programa EFESO cofinanciado al 85% por el Fondo Social Europeo FSE+ (2021-2027)», lote 3, expediente 95/2025/CON, adjudicado el 06/05/2026 por 101.347,20 €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08/06/2026 a 08/05/2027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Alcalá de Guadaíra (NIF P4100400C)</w:t>
      </w:r>
    </w:p>
    <w:p>
      <w:r>
        <w:t xml:space="preserve">SOCIEDAD ANDALUZA DE SERVICIOS SANITARIOS, S.L., con NIF B04800132, adjudicataria del contrato «servicio de celebración de sesiones de coaching motivacional, selección y seguimiento de participantes en los itinerarios formativos ofertados dentro del proyecto Relánza-T, financiados por el proyecto de Empleo, Educación, Formación y Economía Social, del Fondo Social Europeo Plus (FSE+) del periodo de programación 2021-2027 (C-2025/064)», expediente 10696/2025, adjudicado el 23/01/2026 por 58.284,00 €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06/02/2026 a 31/12/2026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Diputación Provincial de Almería (NIF P0400000F)</w:t>
      </w:r>
    </w:p>
    <w:p>
      <w:r>
        <w:t xml:space="preserve">SOCIEDAD ANDALUZA DE SERVICIOS SANITARIOS, S.L., con NIF B04800132, adjudicataria del contrato «servicio de impartición de talleres de intervención grupal del Área de Bienestar Social, Igualdad y Familia de la Diputación Provincial de Almería», lote 1, expediente 2025/D22200/006-313/00001, adjudicado el 20/10/2025 por 37.323,77 €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 a ……</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Diputación Provincial de Almería (NIF P0400000F)</w:t>
      </w:r>
    </w:p>
    <w:p>
      <w:r>
        <w:t xml:space="preserve">SOCIEDAD ANDALUZA DE SERVICIOS SANITARIOS, S.L., con NIF B04800132, adjudicataria del contrato «servicio de impartición de talleres de intervención grupal del Área de Bienestar Social, Igualdad y Familia de la Diputación Provincial de Almería», lote 3, expediente 2025/D22200/006-313/00001, adjudicado el 20/10/2025 por 12.780,30 €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 a ……</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Diputación Provincial de Almería (NIF P0400000F)</w:t>
      </w:r>
    </w:p>
    <w:p>
      <w:r>
        <w:t xml:space="preserve">SOCIEDAD ANDALUZA DE SERVICIOS SANITARIOS, S.L., con NIF B04800132, adjudicataria del contrato «servicio de impartición de talleres de intervención grupal del Área de Bienestar Social, Igualdad y Familia de la Diputación Provincial de Almería», lote 4, expediente 2025/D22200/006-313/00001, adjudicado el 20/10/2025 por 1.394,00 €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 a ……</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Diputación Provincial de Almería (NIF P0400000F)</w:t>
      </w:r>
    </w:p>
    <w:p>
      <w:r>
        <w:t xml:space="preserve">SOCIEDAD ANDALUZA DE SERVICIOS SANITARIOS, S.L., con NIF B04800132, adjudicataria del contrato «servicio de impartición de talleres de intervención grupal del Área de Bienestar Social, Igualdad y Familia de la Diputación Provincial de Almería», lote 5, expediente 2025/D22200/006-313/00001, adjudicado el 20/10/2025 por 13.090,91 €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 a ……</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Diputación Provincial de Almería (NIF P0400000F)</w:t>
      </w:r>
    </w:p>
    <w:p>
      <w:r>
        <w:t xml:space="preserve">SOCIEDAD ANDALUZA DE SERVICIOS SANITARIOS, S.L., con NIF B04800132, adjudicataria del contrato «servicio de impartición de talleres de intervención grupal del Área de Bienestar Social, Igualdad y Familia de la Diputación Provincial de Almería», lote 7, expediente 2025/D22200/006-313/00001, adjudicado el 20/10/2025 por 16.609,82 €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 a ……</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Diputación Provincial de Almería (NIF P0400000F)</w:t>
      </w:r>
    </w:p>
    <w:p>
      <w:r>
        <w:t xml:space="preserve">SOCIEDAD ANDALUZA DE SERVICIOS SANITARIOS, S.L., con NIF B04800132, adjudicataria del contrato «servicio de impartición de talleres de intervención grupal del Área de Bienestar Social, Igualdad y Familia de la Diputación Provincial de Almería», lote 8, expediente 2025/D22200/006-313/00001, adjudicado el 20/10/2025 por 8.140,00 €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 a ……</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Diputación Provincial de Almería (NIF P0400000F)</w:t>
      </w:r>
    </w:p>
    <w:p>
      <w:r>
        <w:t xml:space="preserve">SOCIEDAD ANDALUZA DE SERVICIOS SANITARIOS, S.L., con NIF B04800132, adjudicataria del contrato «contratación del servicio para la impartición de los cursos de formación para el empleo dirigidos a mujeres de la provincia de Almería en municipios menores de 20.000 habitantes», lote 2, expediente 2024/D22200/006-302/00002, adjudicado el 02/07/2024 por 43.420,00 €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 a ……</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Delegación Territorial de Empleo, Empresa y Trabajo Autónomo en Cádiz</w:t>
      </w:r>
    </w:p>
    <w:p>
      <w:r>
        <w:t xml:space="preserve">SOCIEDAD ANDALUZA DE SERVICIOS SANITARIOS, S.L., con NIF B04800132, adjudicataria del contrato «imparticion de seis acciones formativas en cfpe punta europa algeciras», lote 2, expediente CONTR 2025 0000377012, adjudicado el …… por 66.832,00 €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12/01/2026 a 12/12/2026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