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SKIDATA IBERICA</w:t>
      </w:r>
    </w:p>
    <w:p>
      <w:r>
        <w:t>NIF B85298669.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Nuevos Equipos De Gestión De Aparcamientos De Pasajeros · exp. PMI-43/2026</w:t>
            </w:r>
          </w:p>
        </w:tc>
        <w:tc>
          <w:tcPr>
            <w:tcW w:type="dxa" w:w="1440"/>
          </w:tcPr>
          <w:p>
            <w:r>
              <w:t>Aena. Dirección del Aeropuerto de Palma de Mallorca · NIF A86212420</w:t>
            </w:r>
          </w:p>
        </w:tc>
        <w:tc>
          <w:tcPr>
            <w:tcW w:type="dxa" w:w="1440"/>
          </w:tcPr>
          <w:p>
            <w:r>
              <w:t>2.055.000,00 €</w:t>
            </w:r>
          </w:p>
        </w:tc>
        <w:tc>
          <w:tcPr>
            <w:tcW w:type="dxa" w:w="1440"/>
          </w:tcPr>
          <w:p>
            <w:r>
              <w:t>03/09/2026</w:t>
            </w:r>
          </w:p>
        </w:tc>
        <w:tc>
          <w:tcPr>
            <w:tcW w:type="dxa" w:w="1440"/>
          </w:tcPr>
          <w:p>
            <w:r>
              <w:t>15/09/2026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2.055.000,00 €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Palma de Mallorca (NIF A86212420)</w:t>
      </w:r>
    </w:p>
    <w:p>
      <w:r>
        <w:t xml:space="preserve">SKIDATA IBERICA, con NIF B85298669, adjudicataria del contrato «Nuevos Equipos De Gestión De Aparcamientos De Pasajeros», expediente PMI-43/2026, adjudicado el 03/09/2026 por 2.055.000,00 €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15/09/2026 a 14/06/2027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