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SKIDATA IBERICA</w:t>
      </w:r>
    </w:p>
    <w:p>
      <w:r>
        <w:t>NIF B85298669.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de mantenimiento del software y hardware del sistema de control de accesos, venta de billetes y webshop de ventas de la Estación Invernal Fuentes de Invierno · exp. CM 63/26</w:t>
            </w:r>
          </w:p>
        </w:tc>
        <w:tc>
          <w:tcPr>
            <w:tcW w:type="dxa" w:w="1440"/>
          </w:tcPr>
          <w:p>
            <w:r>
              <w:t>Sociedad Pública de Gestión y Promoción Turística y Cultural del Principado de Asturias S.A.U. · NIF A74177734</w:t>
            </w:r>
          </w:p>
        </w:tc>
        <w:tc>
          <w:tcPr>
            <w:tcW w:type="dxa" w:w="1440"/>
          </w:tcPr>
          <w:p>
            <w:r>
              <w:t>33.886,27 €</w:t>
            </w:r>
          </w:p>
        </w:tc>
        <w:tc>
          <w:tcPr>
            <w:tcW w:type="dxa" w:w="1440"/>
          </w:tcPr>
          <w:p>
            <w:r>
              <w:t>22/09/2026</w:t>
            </w:r>
          </w:p>
        </w:tc>
        <w:tc>
          <w:tcPr>
            <w:tcW w:type="dxa" w:w="1440"/>
          </w:tcPr>
          <w:p>
            <w:r>
              <w:t>22/10/2026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mantenimiento integral de acceso de usuarios a la estación invernal y de montaña valgrande pajares (eimvp) mediante tramitacion anticipada de exdiente de gasto, por procedimiento negociado sin publicidad · exp. 2025000953</w:t>
            </w:r>
          </w:p>
        </w:tc>
        <w:tc>
          <w:tcPr>
            <w:tcW w:type="dxa" w:w="1440"/>
          </w:tcPr>
          <w:p>
            <w:r>
              <w:t>Consejería de Cultura, Política Llingüística y Deporte · NIF S3333001J</w:t>
            </w:r>
          </w:p>
        </w:tc>
        <w:tc>
          <w:tcPr>
            <w:tcW w:type="dxa" w:w="1440"/>
          </w:tcPr>
          <w:p>
            <w:r>
              <w:t>125.623,61 €</w:t>
            </w:r>
          </w:p>
        </w:tc>
        <w:tc>
          <w:tcPr>
            <w:tcW w:type="dxa" w:w="1440"/>
          </w:tcPr>
          <w:p>
            <w:r>
              <w:t>26/12/2025</w:t>
            </w:r>
          </w:p>
        </w:tc>
        <w:tc>
          <w:tcPr>
            <w:tcW w:type="dxa" w:w="1440"/>
          </w:tcPr>
          <w:p>
            <w:r>
              <w:t>26/01/2026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Contrato mixto de servicios de mejora en la gestión de ventas, suministros para el sistema de accesos (aparcamiento y pistas), formación, mantenimiento y puesta en marcha del sistema de ventas en la Estación de Esquí y Montaña Alto Campoo · exp. 25.0332.AC.SE.</w:t>
            </w:r>
          </w:p>
        </w:tc>
        <w:tc>
          <w:tcPr>
            <w:tcW w:type="dxa" w:w="1440"/>
          </w:tcPr>
          <w:p>
            <w:r>
              <w:t>Sociedad Regional Cántabra de Promoción Turística S.A. CANTUR S.A. · NIF A39008073</w:t>
            </w:r>
          </w:p>
        </w:tc>
        <w:tc>
          <w:tcPr>
            <w:tcW w:type="dxa" w:w="1440"/>
          </w:tcPr>
          <w:p>
            <w:r>
              <w:t>66.535,47 €</w:t>
            </w:r>
          </w:p>
        </w:tc>
        <w:tc>
          <w:tcPr>
            <w:tcW w:type="dxa" w:w="1440"/>
          </w:tcPr>
          <w:p>
            <w:r>
              <w:t>08/08/2025</w:t>
            </w:r>
          </w:p>
        </w:tc>
        <w:tc>
          <w:tcPr>
            <w:tcW w:type="dxa" w:w="1440"/>
          </w:tcPr>
          <w:p>
            <w:r>
              <w:t>08/09/2025 – 08/09/2026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reparación y mantenimiento de equipos y elementos del sistema de control de acceso de los Aparcamientos gestionados por la Sociedad Municipal de Aparcamientos de Las Palmas de Gran Canaria, S.A., con suministro de materiales · exp. 10/2024</w:t>
            </w:r>
          </w:p>
        </w:tc>
        <w:tc>
          <w:tcPr>
            <w:tcW w:type="dxa" w:w="1440"/>
          </w:tcPr>
          <w:p>
            <w:r>
              <w:t>Sociedad Municipal de Aparcamientos de Las Palmas de Gran Canaria, S.A. (SAGULPA) · NIF A35345024</w:t>
            </w:r>
          </w:p>
        </w:tc>
        <w:tc>
          <w:tcPr>
            <w:tcW w:type="dxa" w:w="1440"/>
          </w:tcPr>
          <w:p>
            <w:r>
              <w:t>190.149,14 €</w:t>
            </w:r>
          </w:p>
        </w:tc>
        <w:tc>
          <w:tcPr>
            <w:tcW w:type="dxa" w:w="1440"/>
          </w:tcPr>
          <w:p>
            <w:r>
              <w:t>04/12/2024</w:t>
            </w:r>
          </w:p>
        </w:tc>
        <w:tc>
          <w:tcPr>
            <w:tcW w:type="dxa" w:w="1440"/>
          </w:tcPr>
          <w:p>
            <w:r>
              <w:t>04/01/2025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Contrato mixto de servicios de trabajos de reparación y suministro para la sustitución de equipos dañados en accesos (aparcamiento y pistas) y sistema de ventas en la Estación de Esquí-Montaña de Alto Campoo · exp. 24.0355.AC.SE.</w:t>
            </w:r>
          </w:p>
        </w:tc>
        <w:tc>
          <w:tcPr>
            <w:tcW w:type="dxa" w:w="1440"/>
          </w:tcPr>
          <w:p>
            <w:r>
              <w:t>Sociedad Regional Cántabra de Promoción Turística S.A. CANTUR S.A. · NIF A39008073</w:t>
            </w:r>
          </w:p>
        </w:tc>
        <w:tc>
          <w:tcPr>
            <w:tcW w:type="dxa" w:w="1440"/>
          </w:tcPr>
          <w:p>
            <w:r>
              <w:t>97.032,62 €</w:t>
            </w:r>
          </w:p>
        </w:tc>
        <w:tc>
          <w:tcPr>
            <w:tcW w:type="dxa" w:w="1440"/>
          </w:tcPr>
          <w:p>
            <w:r>
              <w:t>30/07/2024</w:t>
            </w:r>
          </w:p>
        </w:tc>
        <w:tc>
          <w:tcPr>
            <w:tcW w:type="dxa" w:w="1440"/>
          </w:tcPr>
          <w:p>
            <w:r>
              <w:t>30/08/2024 – 28/02/2026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(Exp. CSAPG PN 2025/01) Servei de manteniment dels equips del sistema de gestió dels aparcaments ubicats a l''Hospital Residència Sant Camil i Hospital Comarcal de l''Alt Penedès del Consorci Sanitari de l''Alt Penedès i Garraf. · exp. CSAPG-2025-21</w:t>
            </w:r>
          </w:p>
        </w:tc>
        <w:tc>
          <w:tcPr>
            <w:tcW w:type="dxa" w:w="1440"/>
          </w:tcPr>
          <w:p>
            <w:r>
              <w:t>Consorci Sanitari de l''Alt Penedès i Garraf</w:t>
            </w:r>
          </w:p>
        </w:tc>
        <w:tc>
          <w:tcPr>
            <w:tcW w:type="dxa" w:w="1440"/>
          </w:tcPr>
          <w:p>
            <w:r>
              <w:t>67.443,42 €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29/05/2025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Servei de manteniment del sistema de control d’accés de parc d’atraccions del Tibidabo i Parc Zoològic de Barcelona · exp. 2025SI0069AC</w:t>
            </w:r>
          </w:p>
        </w:tc>
        <w:tc>
          <w:tcPr>
            <w:tcW w:type="dxa" w:w="1440"/>
          </w:tcPr>
          <w:p>
            <w:r>
              <w:t>Barcelona de Serveis Municipals SA</w:t>
            </w:r>
          </w:p>
        </w:tc>
        <w:tc>
          <w:tcPr>
            <w:tcW w:type="dxa" w:w="1440"/>
          </w:tcPr>
          <w:p>
            <w:r>
              <w:t>63.470,22 €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25/06/2025 – 24/06/2026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644.140,75 € sin IVA, en 7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Sociedad Pública de Gestión y Promoción Turística y Cultural del Principado de Asturias S.A.U. (NIF A74177734)</w:t>
      </w:r>
    </w:p>
    <w:p>
      <w:r>
        <w:t xml:space="preserve">SKIDATA IBERICA, con NIF B85298669, adjudicataria del contrato «Servicio de mantenimiento del software y hardware del sistema de control de accesos, venta de billetes y webshop de ventas de la Estación Invernal Fuentes de Invierno», expediente CM 63/26, adjudicado el 22/09/2026 por 33.886,27 €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22/10/2026 a 22/10/2027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Consejería de Cultura, Política Llingüística y Deporte (NIF S3333001J)</w:t>
      </w:r>
    </w:p>
    <w:p>
      <w:r>
        <w:t xml:space="preserve">SKIDATA IBERICA, con NIF B85298669, adjudicataria del contrato «servicio de mantenimiento integral de acceso de usuarios a la estación invernal y de montaña valgrande pajares (eimvp) mediante tramitacion anticipada de exdiente de gasto, por procedimiento negociado sin publicidad», expediente 2025000953, adjudicado el 26/12/2025 por 125.623,61 €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26/01/2026 a 26/01/2029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Sociedad Regional Cántabra de Promoción Turística S.A. CANTUR S.A. (NIF A39008073)</w:t>
      </w:r>
    </w:p>
    <w:p>
      <w:r>
        <w:t xml:space="preserve">SKIDATA IBERICA, con NIF B85298669, adjudicataria del contrato «Contrato mixto de servicios de mejora en la gestión de ventas, suministros para el sistema de accesos (aparcamiento y pistas), formación, mantenimiento y puesta en marcha del sistema de ventas en la Estación de Esquí y Montaña Alto Campoo», expediente 25.0332.AC.SE., adjudicado el 08/08/2025 por 66.535,47 €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08/09/2025 a 08/09/2026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Sociedad Municipal de Aparcamientos de Las Palmas de Gran Canaria, S.A. (SAGULPA) (NIF A35345024)</w:t>
      </w:r>
    </w:p>
    <w:p>
      <w:r>
        <w:t xml:space="preserve">SKIDATA IBERICA, con NIF B85298669, adjudicataria del contrato «Servicio de reparación y mantenimiento de equipos y elementos del sistema de control de acceso de los Aparcamientos gestionados por la Sociedad Municipal de Aparcamientos de Las Palmas de Gran Canaria, S.A., con suministro de materiales», expediente 10/2024, adjudicado el 04/12/2024 por 190.149,14 €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04/01/2025 a 04/01/2027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Sociedad Regional Cántabra de Promoción Turística S.A. CANTUR S.A. (NIF A39008073)</w:t>
      </w:r>
    </w:p>
    <w:p>
      <w:r>
        <w:t xml:space="preserve">SKIDATA IBERICA, con NIF B85298669, adjudicataria del contrato «Contrato mixto de servicios de trabajos de reparación y suministro para la sustitución de equipos dañados en accesos (aparcamiento y pistas) y sistema de ventas en la Estación de Esquí-Montaña de Alto Campoo», expediente 24.0355.AC.SE., adjudicado el 30/07/2024 por 97.032,62 €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30/08/2024 a 28/02/2026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Consorci Sanitari de l''Alt Penedès i Garraf</w:t>
      </w:r>
    </w:p>
    <w:p>
      <w:r>
        <w:t xml:space="preserve">SKIDATA IBERICA, con NIF B85298669, adjudicataria del contrato «(Exp. CSAPG PN 2025/01) Servei de manteniment dels equips del sistema de gestió dels aparcaments ubicats a l''Hospital Residència Sant Camil i Hospital Comarcal de l''Alt Penedès del Consorci Sanitari de l''Alt Penedès i Garraf.», expediente CSAPG-2025-21, adjudicado el …… por 67.443,42 €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29/05/2025 a 30/05/2028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Barcelona de Serveis Municipals SA</w:t>
      </w:r>
    </w:p>
    <w:p>
      <w:r>
        <w:t xml:space="preserve">SKIDATA IBERICA, con NIF B85298669, adjudicataria del contrato «Servei de manteniment del sistema de control d’accés de parc d’atraccions del Tibidabo i Parc Zoològic de Barcelona», expediente 2025SI0069AC, adjudicado el …… por 63.470,22 €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25/06/2025 a 24/06/2026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