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SKIDATA IBERICA</w:t>
      </w:r>
    </w:p>
    <w:p>
      <w:r>
        <w:t>NIF B85298669.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Equipamento Para La Gestión Y Control De La Ampliación Del Aparcamiento P1. Aeropuerto De Bilbao · exp. BIO-66/2026</w:t>
            </w:r>
          </w:p>
        </w:tc>
        <w:tc>
          <w:tcPr>
            <w:tcW w:type="dxa" w:w="1440"/>
          </w:tcPr>
          <w:p>
            <w:r>
              <w:t>Aena. Dirección del Aeropuerto de Bilbao · NIF A86212420</w:t>
            </w:r>
          </w:p>
        </w:tc>
        <w:tc>
          <w:tcPr>
            <w:tcW w:type="dxa" w:w="1440"/>
          </w:tcPr>
          <w:p>
            <w:r>
              <w:t>253.500,00 €</w:t>
            </w:r>
          </w:p>
        </w:tc>
        <w:tc>
          <w:tcPr>
            <w:tcW w:type="dxa" w:w="1440"/>
          </w:tcPr>
          <w:p>
            <w:r>
              <w:t>27/10/2026</w:t>
            </w:r>
          </w:p>
        </w:tc>
        <w:tc>
          <w:tcPr>
            <w:tcW w:type="dxa" w:w="1440"/>
          </w:tcPr>
          <w:p>
            <w:r>
              <w:t>27/11/2026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materiales de reparación, mejoras en el sistema de gestión de ventas y accesos de aparcamiento y pistas, servicio de puesta a punto, hotline y mantenimiento para la temporada 2026-2027 de la Estación de Esquí y Montaña Alto Campoo. · exp. 26.0317.AC.SE.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90.913,75 €</w:t>
            </w:r>
          </w:p>
        </w:tc>
        <w:tc>
          <w:tcPr>
            <w:tcW w:type="dxa" w:w="1440"/>
          </w:tcPr>
          <w:p>
            <w:r>
              <w:t>25/09/2026</w:t>
            </w:r>
          </w:p>
        </w:tc>
        <w:tc>
          <w:tcPr>
            <w:tcW w:type="dxa" w:w="1440"/>
          </w:tcPr>
          <w:p>
            <w:r>
              <w:t>30/09/2026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soportes desechables compatibles con el sistema de ventas y el control de accesos instalados en las estaciones invernales de San Isidro y Valle Laciana - Leitariegos. · exp. 1769202A</w:t>
            </w:r>
          </w:p>
        </w:tc>
        <w:tc>
          <w:tcPr>
            <w:tcW w:type="dxa" w:w="1440"/>
          </w:tcPr>
          <w:p>
            <w:r>
              <w:t>Diputación Provincial de León · NIF P2400000B</w:t>
            </w:r>
          </w:p>
        </w:tc>
        <w:tc>
          <w:tcPr>
            <w:tcW w:type="dxa" w:w="1440"/>
          </w:tcPr>
          <w:p>
            <w:r>
              <w:t>51.405,00 €</w:t>
            </w:r>
          </w:p>
        </w:tc>
        <w:tc>
          <w:tcPr>
            <w:tcW w:type="dxa" w:w="1440"/>
          </w:tcPr>
          <w:p>
            <w:r>
              <w:t>17/07/2026</w:t>
            </w:r>
          </w:p>
        </w:tc>
        <w:tc>
          <w:tcPr>
            <w:tcW w:type="dxa" w:w="1440"/>
          </w:tcPr>
          <w:p>
            <w:r>
              <w:t>20/07/2026 – 22/09/2026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soportes desechables compatibles con el sistema de ventas de las estaciones invernales provinciales 2025-2026. · exp. 1512858R</w:t>
            </w:r>
          </w:p>
        </w:tc>
        <w:tc>
          <w:tcPr>
            <w:tcW w:type="dxa" w:w="1440"/>
          </w:tcPr>
          <w:p>
            <w:r>
              <w:t>Diputación Provincial de León · NIF P2400000B</w:t>
            </w:r>
          </w:p>
        </w:tc>
        <w:tc>
          <w:tcPr>
            <w:tcW w:type="dxa" w:w="1440"/>
          </w:tcPr>
          <w:p>
            <w:r>
              <w:t>23.650,00 €</w:t>
            </w:r>
          </w:p>
        </w:tc>
        <w:tc>
          <w:tcPr>
            <w:tcW w:type="dxa" w:w="1440"/>
          </w:tcPr>
          <w:p>
            <w:r>
              <w:t>11/11/2025</w:t>
            </w:r>
          </w:p>
        </w:tc>
        <w:tc>
          <w:tcPr>
            <w:tcW w:type="dxa" w:w="1440"/>
          </w:tcPr>
          <w:p>
            <w:r>
              <w:t>11/12/2025 – 13/02/2026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tarjetas para el sistema de ventas y accesos de la Estación de Esquí y Montaña de Alto Campoo · exp. 25.0317.AC.SU.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34.985,00 €</w:t>
            </w:r>
          </w:p>
        </w:tc>
        <w:tc>
          <w:tcPr>
            <w:tcW w:type="dxa" w:w="1440"/>
          </w:tcPr>
          <w:p>
            <w:r>
              <w:t>25/09/2025</w:t>
            </w:r>
          </w:p>
        </w:tc>
        <w:tc>
          <w:tcPr>
            <w:tcW w:type="dxa" w:w="1440"/>
          </w:tcPr>
          <w:p>
            <w:r>
              <w:t>25/10/2025 – 15/12/2025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Cámaras Traseras Lectura Matrículas Para Barreras De Aparcamientos · exp. PMI-61/2025</w:t>
            </w:r>
          </w:p>
        </w:tc>
        <w:tc>
          <w:tcPr>
            <w:tcW w:type="dxa" w:w="1440"/>
          </w:tcPr>
          <w:p>
            <w:r>
              <w:t>Aena. Dirección del Aeropuerto de Palma de Mallorca · NIF A86212420</w:t>
            </w:r>
          </w:p>
        </w:tc>
        <w:tc>
          <w:tcPr>
            <w:tcW w:type="dxa" w:w="1440"/>
          </w:tcPr>
          <w:p>
            <w:r>
              <w:t>231.000,00 €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08/09/2025 – 08/01/2026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complementario de repuestos y elementos del sistema de control de acceso de un Aparcamiento de Tejeda, gestionado por la SOCIEDAD MUNICIPAL DE APARCAMIENTOS DE LAS PALMAS DE GRAN CANARIA, S.A. (SAGULPA) · exp. 09/2025</w:t>
            </w:r>
          </w:p>
        </w:tc>
        <w:tc>
          <w:tcPr>
            <w:tcW w:type="dxa" w:w="1440"/>
          </w:tcPr>
          <w:p>
            <w:r>
              <w:t>Sociedad Municipal de Aparcamientos de Las Palmas de Gran Canaria, S.A. (SAGULPA) · NIF A35345024</w:t>
            </w:r>
          </w:p>
        </w:tc>
        <w:tc>
          <w:tcPr>
            <w:tcW w:type="dxa" w:w="1440"/>
          </w:tcPr>
          <w:p>
            <w:r>
              <w:t>62.365,00 €</w:t>
            </w:r>
          </w:p>
        </w:tc>
        <w:tc>
          <w:tcPr>
            <w:tcW w:type="dxa" w:w="1440"/>
          </w:tcPr>
          <w:p>
            <w:r>
              <w:t>03/06/2025</w:t>
            </w:r>
          </w:p>
        </w:tc>
        <w:tc>
          <w:tcPr>
            <w:tcW w:type="dxa" w:w="1440"/>
          </w:tcPr>
          <w:p>
            <w:r>
              <w:t>03/07/2025 – 03/09/2025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soportes desechables compatibles con el sistema de ventas y el control de accesos instalados en las estaciones invernales San Isidro y Valle Laciana - Leitariegos.</w:t>
              <w:br/>
              <w:br/>
              <w:t>Incluirá 50.000 tarjetas (soportes desechables), (35.000 para EI San Isidro, 15.000 EI Valle Laciana - Leitariegos. · exp. 1332704D</w:t>
            </w:r>
          </w:p>
        </w:tc>
        <w:tc>
          <w:tcPr>
            <w:tcW w:type="dxa" w:w="1440"/>
          </w:tcPr>
          <w:p>
            <w:r>
              <w:t>Diputación Provincial de León · NIF P2400000B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20/01/2025 – 22/03/2025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 y servicio de mantenimiento del sistema de control de acceso de vehículos al Edificio Múltiple de Servicios Municipales · exp. SU-003/23</w:t>
            </w:r>
          </w:p>
        </w:tc>
        <w:tc>
          <w:tcPr>
            <w:tcW w:type="dxa" w:w="1440"/>
          </w:tcPr>
          <w:p>
            <w:r>
              <w:t>Gerencia Municipal de Urbanismo Obras e Infraestructuras del Ayuntamiento de Málaga · NIF P7990002C</w:t>
            </w:r>
          </w:p>
        </w:tc>
        <w:tc>
          <w:tcPr>
            <w:tcW w:type="dxa" w:w="1440"/>
          </w:tcPr>
          <w:p>
            <w:r>
              <w:t>65.940,00 €</w:t>
            </w:r>
          </w:p>
        </w:tc>
        <w:tc>
          <w:tcPr>
            <w:tcW w:type="dxa" w:w="1440"/>
          </w:tcPr>
          <w:p>
            <w:r>
              <w:t>28/12/2023</w:t>
            </w:r>
          </w:p>
        </w:tc>
        <w:tc>
          <w:tcPr>
            <w:tcW w:type="dxa" w:w="1440"/>
          </w:tcPr>
          <w:p>
            <w:r>
              <w:t>12/01/2024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Renovacion De Cajeros Automáticos En El Aeropuerto Adolfo Suárez Madrid-Barajas · exp. MAD-173/2023</w:t>
            </w:r>
          </w:p>
        </w:tc>
        <w:tc>
          <w:tcPr>
            <w:tcW w:type="dxa" w:w="1440"/>
          </w:tcPr>
          <w:p>
            <w:r>
              <w:t>Aena. Dirección del Aeropuerto Adolfo Suárez Madrid-Barajas · NIF A86212420</w:t>
            </w:r>
          </w:p>
        </w:tc>
        <w:tc>
          <w:tcPr>
            <w:tcW w:type="dxa" w:w="1440"/>
          </w:tcPr>
          <w:p>
            <w:r>
              <w:t>597.000,00 €</w:t>
            </w:r>
          </w:p>
        </w:tc>
        <w:tc>
          <w:tcPr>
            <w:tcW w:type="dxa" w:w="1440"/>
          </w:tcPr>
          <w:p>
            <w:r>
              <w:t>02/11/2023</w:t>
            </w:r>
          </w:p>
        </w:tc>
        <w:tc>
          <w:tcPr>
            <w:tcW w:type="dxa" w:w="1440"/>
          </w:tcPr>
          <w:p>
            <w:r>
              <w:t>02/12/2023 – 02/06/2024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Reparación Equipos En Parkings Comerciales Del Aeropuerto De Palma De Mallorca · exp. PMI-76/2023</w:t>
            </w:r>
          </w:p>
        </w:tc>
        <w:tc>
          <w:tcPr>
            <w:tcW w:type="dxa" w:w="1440"/>
          </w:tcPr>
          <w:p>
            <w:r>
              <w:t>Aena. Dirección del Aeropuerto de Palma de Mallorca · NIF A86212420</w:t>
            </w:r>
          </w:p>
        </w:tc>
        <w:tc>
          <w:tcPr>
            <w:tcW w:type="dxa" w:w="1440"/>
          </w:tcPr>
          <w:p>
            <w:r>
              <w:t>155.500,00 €</w:t>
            </w:r>
          </w:p>
        </w:tc>
        <w:tc>
          <w:tcPr>
            <w:tcW w:type="dxa" w:w="1440"/>
          </w:tcPr>
          <w:p>
            <w:r>
              <w:t>10/10/2023</w:t>
            </w:r>
          </w:p>
        </w:tc>
        <w:tc>
          <w:tcPr>
            <w:tcW w:type="dxa" w:w="1440"/>
          </w:tcPr>
          <w:p>
            <w:r>
              <w:t>03/11/2023 – 02/03/2024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materiales de reparación, servicio de puesta a punto, cambio de versiones de software skidata, hotline y mantenimiento temporada 2023-2024, en la Estación de Esquí-Montaña de Alto Campo · exp. Exp.23.0568.AC.SU.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61.643,25 €</w:t>
            </w:r>
          </w:p>
        </w:tc>
        <w:tc>
          <w:tcPr>
            <w:tcW w:type="dxa" w:w="1440"/>
          </w:tcPr>
          <w:p>
            <w:r>
              <w:t>10/08/2023</w:t>
            </w:r>
          </w:p>
        </w:tc>
        <w:tc>
          <w:tcPr>
            <w:tcW w:type="dxa" w:w="1440"/>
          </w:tcPr>
          <w:p>
            <w:r>
              <w:t>10/08/2023 – 10/05/2024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Renovación Sistema De Lectura De Matrículas Aeropuerto Adolfo Suarez Madrid Barajas · exp. MAD-75/2023</w:t>
            </w:r>
          </w:p>
        </w:tc>
        <w:tc>
          <w:tcPr>
            <w:tcW w:type="dxa" w:w="1440"/>
          </w:tcPr>
          <w:p>
            <w:r>
              <w:t>Aena. Dirección del Aeropuerto Adolfo Suárez Madrid-Barajas · NIF A86212420</w:t>
            </w:r>
          </w:p>
        </w:tc>
        <w:tc>
          <w:tcPr>
            <w:tcW w:type="dxa" w:w="1440"/>
          </w:tcPr>
          <w:p>
            <w:r>
              <w:t>164.000,00 €</w:t>
            </w:r>
          </w:p>
        </w:tc>
        <w:tc>
          <w:tcPr>
            <w:tcW w:type="dxa" w:w="1440"/>
          </w:tcPr>
          <w:p>
            <w:r>
              <w:t>12/06/2023</w:t>
            </w:r>
          </w:p>
        </w:tc>
        <w:tc>
          <w:tcPr>
            <w:tcW w:type="dxa" w:w="1440"/>
          </w:tcPr>
          <w:p>
            <w:r>
              <w:t>14/07/2023 – 12/11/2023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consumibles Skidata · exp. CE181960058/22</w:t>
            </w:r>
          </w:p>
        </w:tc>
        <w:tc>
          <w:tcPr>
            <w:tcW w:type="dxa" w:w="1440"/>
          </w:tcPr>
          <w:p>
            <w:r>
              <w:t>Cetursa Sierra Nevada, S.A.</w:t>
            </w:r>
          </w:p>
        </w:tc>
        <w:tc>
          <w:tcPr>
            <w:tcW w:type="dxa" w:w="1440"/>
          </w:tcPr>
          <w:p>
            <w:r>
              <w:t>1.946.630,00 €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09/05/2022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(EXP. CSAPG PN 2025/10) Subministrament i instal·lació d'equips pel sistema de gestió i control de l'aparcament de l'Hospital Residència Sant Camil (HRSC), del Consorci Sanitari de l'Alt Penedès i Garraf. · exp. CSAPG-2026-14</w:t>
            </w:r>
          </w:p>
        </w:tc>
        <w:tc>
          <w:tcPr>
            <w:tcW w:type="dxa" w:w="1440"/>
          </w:tcPr>
          <w:p>
            <w:r>
              <w:t>Consorci Sanitari de l'Alt Penedès i Garraf</w:t>
            </w:r>
          </w:p>
        </w:tc>
        <w:tc>
          <w:tcPr>
            <w:tcW w:type="dxa" w:w="1440"/>
          </w:tcPr>
          <w:p>
            <w:r>
              <w:t>164.450,00 €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06/03/2026 – 06/10/2026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i manteniment dels equipaments i software pel control d'accessos als aparcaments, mitjançant la modalitat d'arrendament amb opció a compra. · exp. 03MX/2021</w:t>
            </w:r>
          </w:p>
        </w:tc>
        <w:tc>
          <w:tcPr>
            <w:tcW w:type="dxa" w:w="1440"/>
          </w:tcPr>
          <w:p>
            <w:r>
              <w:t>EMPRESA MUNICIPAL DE TRANSPORTS PUBLICS DE TARRAGONA SA</w:t>
            </w:r>
          </w:p>
        </w:tc>
        <w:tc>
          <w:tcPr>
            <w:tcW w:type="dxa" w:w="1440"/>
          </w:tcPr>
          <w:p>
            <w:r>
              <w:t>1.820.104,00 €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22/11/2023 – 21/05/2024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5.743.086,00 € sin IVA, en 16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Bilbao (NIF A86212420)</w:t>
      </w:r>
    </w:p>
    <w:p>
      <w:r>
        <w:t xml:space="preserve">SKIDATA IBERICA, con NIF B85298669, adjudicataria del contrato «Equipamento Para La Gestión Y Control De La Ampliación Del Aparcamiento P1. Aeropuerto De Bilbao», expediente BIO-66/2026, adjudicado el 27/10/2026 por 253.500,00 €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27/11/2026 a 27/02/2027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SKIDATA IBERICA, con NIF B85298669, adjudicataria del contrato «Suministro de materiales de reparación, mejoras en el sistema de gestión de ventas y accesos de aparcamiento y pistas, servicio de puesta a punto, hotline y mantenimiento para la temporada 2026-2027 de la Estación de Esquí y Montaña Alto Campoo.», expediente 26.0317.AC.SE., adjudicado el 25/09/2026 por 90.913,75 €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30/09/2026 a 30/09/2027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León (NIF P2400000B)</w:t>
      </w:r>
    </w:p>
    <w:p>
      <w:r>
        <w:t xml:space="preserve">SKIDATA IBERICA, con NIF B85298669, adjudicataria del contrato «Suministro de soportes desechables compatibles con el sistema de ventas y el control de accesos instalados en las estaciones invernales de San Isidro y Valle Laciana - Leitariegos.», expediente 1769202A, adjudicado el 17/07/2026 por 51.405,00 €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20/07/2026 a 22/09/2026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León (NIF P2400000B)</w:t>
      </w:r>
    </w:p>
    <w:p>
      <w:r>
        <w:t xml:space="preserve">SKIDATA IBERICA, con NIF B85298669, adjudicataria del contrato «Suministro de soportes desechables compatibles con el sistema de ventas de las estaciones invernales provinciales 2025-2026.», expediente 1512858R, adjudicado el 11/11/2025 por 23.650,00 €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11/12/2025 a 13/02/2026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SKIDATA IBERICA, con NIF B85298669, adjudicataria del contrato «Suministro de tarjetas para el sistema de ventas y accesos de la Estación de Esquí y Montaña de Alto Campoo», expediente 25.0317.AC.SU., adjudicado el 25/09/2025 por 34.985,00 €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25/10/2025 a 15/12/2025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Palma de Mallorca (NIF A86212420)</w:t>
      </w:r>
    </w:p>
    <w:p>
      <w:r>
        <w:t xml:space="preserve">SKIDATA IBERICA, con NIF B85298669, adjudicataria del contrato «Suministro E Instalación Cámaras Traseras Lectura Matrículas Para Barreras De Aparcamientos», expediente PMI-61/2025, adjudicado el 08/08/2025 por 231.000,00 €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08/09/2025 a 08/01/2026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Municipal de Aparcamientos de Las Palmas de Gran Canaria, S.A. (SAGULPA) (NIF A35345024)</w:t>
      </w:r>
    </w:p>
    <w:p>
      <w:r>
        <w:t xml:space="preserve">SKIDATA IBERICA, con NIF B85298669, adjudicataria del contrato «Suministro complementario de repuestos y elementos del sistema de control de acceso de un Aparcamiento de Tejeda, gestionado por la SOCIEDAD MUNICIPAL DE APARCAMIENTOS DE LAS PALMAS DE GRAN CANARIA, S.A. (SAGULPA)», expediente 09/2025, adjudicado el 03/06/2025 por 62.365,00 €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03/07/2025 a 03/09/2025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León (NIF P2400000B)</w:t>
      </w:r>
    </w:p>
    <w:p>
      <w:r>
        <w:t>SKIDATA IBERICA, con NIF B85298669, adjudicataria del contrato «Suministro de soportes desechables compatibles con el sistema de ventas y el control de accesos instalados en las estaciones invernales San Isidro y Valle Laciana - Leitariegos.</w:t>
        <w:br/>
        <w:br/>
        <w:t xml:space="preserve">Incluirá 50.000 tarjetas (soportes desechables), (35.000 para EI San Isidro, 15.000 EI Valle Laciana - Leitariegos.», expediente 1332704D, adjudicado el 20/12/2024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20/01/2025 a 22/03/2025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Municipal de Urbanismo Obras e Infraestructuras del Ayuntamiento de Málaga (NIF P7990002C)</w:t>
      </w:r>
    </w:p>
    <w:p>
      <w:r>
        <w:t xml:space="preserve">SKIDATA IBERICA, con NIF B85298669, adjudicataria del contrato «Suministro, instalación y servicio de mantenimiento del sistema de control de acceso de vehículos al Edificio Múltiple de Servicios Municipales», expediente SU-003/23, adjudicado el 28/12/2023 por 65.940,00 €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12/01/2024 a 12/05/2027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Adolfo Suárez Madrid-Barajas (NIF A86212420)</w:t>
      </w:r>
    </w:p>
    <w:p>
      <w:r>
        <w:t xml:space="preserve">SKIDATA IBERICA, con NIF B85298669, adjudicataria del contrato «Renovacion De Cajeros Automáticos En El Aeropuerto Adolfo Suárez Madrid-Barajas», expediente MAD-173/2023, adjudicado el 02/11/2023 por 597.000,00 €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02/12/2023 a 02/06/2024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Palma de Mallorca (NIF A86212420)</w:t>
      </w:r>
    </w:p>
    <w:p>
      <w:r>
        <w:t xml:space="preserve">SKIDATA IBERICA, con NIF B85298669, adjudicataria del contrato «Reparación Equipos En Parkings Comerciales Del Aeropuerto De Palma De Mallorca», expediente PMI-76/2023, adjudicado el 10/10/2023 por 155.500,00 €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03/11/2023 a 02/03/2024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SKIDATA IBERICA, con NIF B85298669, adjudicataria del contrato «Suministro de materiales de reparación, servicio de puesta a punto, cambio de versiones de software skidata, hotline y mantenimiento temporada 2023-2024, en la Estación de Esquí-Montaña de Alto Campo», expediente Exp.23.0568.AC.SU., adjudicado el 10/08/2023 por 61.643,25 €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10/08/2023 a 10/05/2024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Adolfo Suárez Madrid-Barajas (NIF A86212420)</w:t>
      </w:r>
    </w:p>
    <w:p>
      <w:r>
        <w:t xml:space="preserve">SKIDATA IBERICA, con NIF B85298669, adjudicataria del contrato «Renovación Sistema De Lectura De Matrículas Aeropuerto Adolfo Suarez Madrid Barajas», expediente MAD-75/2023, adjudicado el 12/06/2023 por 164.000,00 €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14/07/2023 a 12/11/2023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Cetursa Sierra Nevada, S.A.</w:t>
      </w:r>
    </w:p>
    <w:p>
      <w:r>
        <w:t xml:space="preserve">SKIDATA IBERICA, con NIF B85298669, adjudicataria del contrato «Suministro de consumibles Skidata», expediente CE181960058/22, adjudicado el …… por 1.946.630,00 €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09/05/2022 a 09/05/2027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Sanitari de l'Alt Penedès i Garraf</w:t>
      </w:r>
    </w:p>
    <w:p>
      <w:r>
        <w:t xml:space="preserve">SKIDATA IBERICA, con NIF B85298669, adjudicataria del contrato «(EXP. CSAPG PN 2025/10) Subministrament i instal·lació d'equips pel sistema de gestió i control de l'aparcament de l'Hospital Residència Sant Camil (HRSC), del Consorci Sanitari de l'Alt Penedès i Garraf.», expediente CSAPG-2026-14, adjudicado el …… por 164.450,00 €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06/03/2026 a 06/10/2026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TRANSPORTS PUBLICS DE TARRAGONA SA</w:t>
      </w:r>
    </w:p>
    <w:p>
      <w:r>
        <w:t xml:space="preserve">SKIDATA IBERICA, con NIF B85298669, adjudicataria del contrato «Subministrament i manteniment dels equipaments i software pel control d'accessos als aparcaments, mitjançant la modalitat d'arrendament amb opció a compra.», expediente 03MX/2021, adjudicado el …… por 1.820.104,00 €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22/11/2023 a 21/05/2024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