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SISTEMAS DE SEGURIDAD EN ALTURA SIRGA, S. L.</w:t>
      </w:r>
    </w:p>
    <w:p>
      <w:r>
        <w:t>NIF B31893696.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Instalación Líneas De Vida, Anclajes Y Brazos Modulares En Instalaciones Ssei En El Aeropuerto De Pamplona · exp. PNA-37/2025</w:t>
            </w:r>
          </w:p>
        </w:tc>
        <w:tc>
          <w:tcPr>
            <w:tcW w:type="dxa" w:w="1440"/>
          </w:tcPr>
          <w:p>
            <w:r>
              <w:t>Aena. Dirección del Aeropuerto de Pamplona · NIF A86212420</w:t>
            </w:r>
          </w:p>
        </w:tc>
        <w:tc>
          <w:tcPr>
            <w:tcW w:type="dxa" w:w="1440"/>
          </w:tcPr>
          <w:p>
            <w:r>
              <w:t>25.592,00 €</w:t>
            </w:r>
          </w:p>
        </w:tc>
        <w:tc>
          <w:tcPr>
            <w:tcW w:type="dxa" w:w="1440"/>
          </w:tcPr>
          <w:p>
            <w:r>
              <w:t>07/11/2025</w:t>
            </w:r>
          </w:p>
        </w:tc>
        <w:tc>
          <w:tcPr>
            <w:tcW w:type="dxa" w:w="1440"/>
          </w:tcPr>
          <w:p>
            <w:r>
              <w:t>08/11/2025 – 09/12/2025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25.592,00 €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Pamplona (NIF A86212420)</w:t>
      </w:r>
    </w:p>
    <w:p>
      <w:r>
        <w:t xml:space="preserve">SISTEMAS DE SEGURIDAD EN ALTURA SIRGA, S. L., con NIF B31893696, adjudicataria del contrato «Instalación Líneas De Vida, Anclajes Y Brazos Modulares En Instalaciones Ssei En El Aeropuerto De Pamplona», expediente PNA-37/2025, adjudicado el 07/11/2025 por 25.592,00 €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08/11/2025 a 09/12/2025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