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DE SEGURIDAD EN ALTURA SIRGA, S. L.</w:t>
      </w:r>
    </w:p>
    <w:p>
      <w:r>
        <w:t>NIF B31893696.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Dispositivo Retráctil De Anclaje · exp. PNA-51/2025</w:t>
            </w:r>
          </w:p>
        </w:tc>
        <w:tc>
          <w:tcPr>
            <w:tcW w:type="dxa" w:w="1440"/>
          </w:tcPr>
          <w:p>
            <w:r>
              <w:t>Aena. Dirección del Aeropuerto de Pamplona · NIF A86212420</w:t>
            </w:r>
          </w:p>
        </w:tc>
        <w:tc>
          <w:tcPr>
            <w:tcW w:type="dxa" w:w="1440"/>
          </w:tcPr>
          <w:p>
            <w:r>
              <w:t>880,00 €</w:t>
            </w:r>
          </w:p>
        </w:tc>
        <w:tc>
          <w:tcPr>
            <w:tcW w:type="dxa" w:w="1440"/>
          </w:tcPr>
          <w:p>
            <w:r>
              <w:t>25/11/2025</w:t>
            </w:r>
          </w:p>
        </w:tc>
        <w:tc>
          <w:tcPr>
            <w:tcW w:type="dxa" w:w="1440"/>
          </w:tcPr>
          <w:p>
            <w:r>
              <w:t>26/11/2025 – 10/12/2025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Pamplona (NIF A86212420)</w:t>
      </w:r>
    </w:p>
    <w:p>
      <w:r>
        <w:t xml:space="preserve">SISTEMAS DE SEGURIDAD EN ALTURA SIRGA, S. L., con NIF B31893696, adjudicataria del contrato «Dispositivo Retráctil De Anclaje», expediente PNA-51/2025, adjudicado el 25/11/2025 por 880,00 €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26/11/2025 a 10/12/2025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