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O INGENIERIA OBRAS Y SERVICIOS S.L.</w:t>
      </w:r>
    </w:p>
    <w:p>
      <w:r>
        <w:t>NIF B2286654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