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SINOPSYS DISTRIBUCIÓN INTEGRAL, S.A.U.</w:t>
      </w:r>
    </w:p>
    <w:p>
      <w:r>
        <w:t>NIF A85756880.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