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verferia</w:t>
      </w:r>
    </w:p>
    <w:p>
      <w:r>
        <w:t>NIF B9136261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