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SILLAS Y CARPAS MARTINEZ Y LOZANO S.L.U.</w:t>
      </w:r>
    </w:p>
    <w:p>
      <w:r>
        <w:t>NIF B54282462. Contratos públicos adjudicados en los tres últimos años (servicios), del 31/10/2023 al 31/10/2026,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Suministro, en régimen de arrendamiento, de carpas desmontables necesarias para la organización de eventos festivos del municipio de Elche 2024. (lote 1) · exp. SUMIN/ABR_SP_SMPL/2024000079</w:t>
            </w:r>
          </w:p>
        </w:tc>
        <w:tc>
          <w:tcPr>
            <w:tcW w:type="dxa" w:w="1440"/>
          </w:tcPr>
          <w:p>
            <w:r>
              <w:t>Teniente de Alcalde de Contratación Pública del Ayuntamiento de Elche · NIF P0306500J</w:t>
            </w:r>
          </w:p>
        </w:tc>
        <w:tc>
          <w:tcPr>
            <w:tcW w:type="dxa" w:w="1440"/>
          </w:tcPr>
          <w:p>
            <w:r>
              <w:t>11.250,00 €</w:t>
            </w:r>
          </w:p>
        </w:tc>
        <w:tc>
          <w:tcPr>
            <w:tcW w:type="dxa" w:w="1440"/>
          </w:tcPr>
          <w:p>
            <w:r>
              <w:t>22/07/2024</w:t>
            </w:r>
          </w:p>
        </w:tc>
        <w:tc>
          <w:tcPr>
            <w:tcW w:type="dxa" w:w="1440"/>
          </w:tcPr>
          <w:p>
            <w:r>
              <w:t>22/08/2024 – 22/08/2026</w:t>
            </w:r>
          </w:p>
        </w:tc>
        <w:tc>
          <w:tcPr>
            <w:tcW w:type="dxa" w:w="1440"/>
          </w:tcPr>
          <w:p>
            <w:r>
              <w:rPr>
                <w:highlight w:val="yellow"/>
              </w:rPr>
              <w:t>rellenar</w:t>
            </w:r>
          </w:p>
        </w:tc>
      </w:tr>
      <w:tr>
        <w:tc>
          <w:tcPr>
            <w:tcW w:type="dxa" w:w="1440"/>
          </w:tcPr>
          <w:p>
            <w:r>
              <w:t>Suministro mediante alquiler e instalacion de dos carpas para fiestas y otros eventos, en el termino municipal de l'Alfas del Pi · exp. CASU/12/2023</w:t>
            </w:r>
          </w:p>
        </w:tc>
        <w:tc>
          <w:tcPr>
            <w:tcW w:type="dxa" w:w="1440"/>
          </w:tcPr>
          <w:p>
            <w:r>
              <w:t>Ayuntamiento de L'Alfàs del Pi · NIF P0301100D</w:t>
            </w:r>
          </w:p>
        </w:tc>
        <w:tc>
          <w:tcPr>
            <w:tcW w:type="dxa" w:w="1440"/>
          </w:tcPr>
          <w:p>
            <w:r>
              <w:t>42.800,00 €</w:t>
            </w:r>
          </w:p>
        </w:tc>
        <w:tc>
          <w:tcPr>
            <w:tcW w:type="dxa" w:w="1440"/>
          </w:tcPr>
          <w:p>
            <w:r>
              <w:t>17/10/2023</w:t>
            </w:r>
          </w:p>
        </w:tc>
        <w:tc>
          <w:tcPr>
            <w:tcW w:type="dxa" w:w="1440"/>
          </w:tcPr>
          <w:p>
            <w:r>
              <w:t>17/11/2023 – 17/11/2025</w:t>
            </w:r>
          </w:p>
        </w:tc>
        <w:tc>
          <w:tcPr>
            <w:tcW w:type="dxa" w:w="1440"/>
          </w:tcPr>
          <w:p>
            <w:r>
              <w:rPr>
                <w:highlight w:val="yellow"/>
              </w:rPr>
              <w:t>rellenar</w:t>
            </w:r>
          </w:p>
        </w:tc>
      </w:tr>
    </w:tbl>
    <w:p/>
    <w:p>
      <w:r>
        <w:rPr>
          <w:b/>
        </w:rPr>
        <w:t>Importe adjudicado en el periodo: 54.050,00 €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Teniente de Alcalde de Contratación Pública del Ayuntamiento de Elche (NIF P0306500J)</w:t>
      </w:r>
    </w:p>
    <w:p>
      <w:r>
        <w:t xml:space="preserve">SILLAS Y CARPAS MARTINEZ Y LOZANO S.L.U., con NIF B54282462, adjudicataria del contrato «Suministro, en régimen de arrendamiento, de carpas desmontables necesarias para la organización de eventos festivos del municipio de Elche 2024.», lote 1, expediente SUMIN/ABR_SP_SMPL/2024000079, adjudicado el 22/07/2024 por 11.250,00 €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22/08/2024 a 22/08/2026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L'Alfàs del Pi (NIF P0301100D)</w:t>
      </w:r>
    </w:p>
    <w:p>
      <w:r>
        <w:t xml:space="preserve">SILLAS Y CARPAS MARTINEZ Y LOZANO S.L.U., con NIF B54282462, adjudicataria del contrato «Suministro mediante alquiler e instalacion de dos carpas para fiestas y otros eventos, en el termino municipal de l'Alfas del Pi», expediente CASU/12/2023, adjudicado el 17/10/2023 por 42.800,00 €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17/11/2023 a 17/11/2025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