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Relación de los principales trabajos realizados · SIG BROSTEL S.L.</w:t>
      </w:r>
    </w:p>
    <w:p>
      <w:r>
        <w:t>NIF B84315431. Contratos públicos adjudicados en los tres últimos años (servicios), del 08/11/2023 al 08/11/2026, servicios.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1440"/>
        <w:gridCol w:w="1440"/>
        <w:gridCol w:w="1440"/>
        <w:gridCol w:w="1440"/>
        <w:gridCol w:w="1440"/>
        <w:gridCol w:w="1440"/>
      </w:tblGrid>
      <w:tr>
        <w:tc>
          <w:tcPr>
            <w:tcW w:type="dxa" w:w="1440"/>
          </w:tcPr>
          <w:p>
            <w:r>
              <w:t>Objeto</w:t>
            </w:r>
          </w:p>
        </w:tc>
        <w:tc>
          <w:tcPr>
            <w:tcW w:type="dxa" w:w="1440"/>
          </w:tcPr>
          <w:p>
            <w:r>
              <w:t>Destinatario (órgano)</w:t>
            </w:r>
          </w:p>
        </w:tc>
        <w:tc>
          <w:tcPr>
            <w:tcW w:type="dxa" w:w="1440"/>
          </w:tcPr>
          <w:p>
            <w:r>
              <w:t>Importe sin IVA</w:t>
            </w:r>
          </w:p>
        </w:tc>
        <w:tc>
          <w:tcPr>
            <w:tcW w:type="dxa" w:w="1440"/>
          </w:tcPr>
          <w:p>
            <w:r>
              <w:t>Adjudicación</w:t>
            </w:r>
          </w:p>
        </w:tc>
        <w:tc>
          <w:tcPr>
            <w:tcW w:type="dxa" w:w="1440"/>
          </w:tcPr>
          <w:p>
            <w:r>
              <w:t>Ejecución</w:t>
            </w:r>
          </w:p>
        </w:tc>
        <w:tc>
          <w:tcPr>
            <w:tcW w:type="dxa" w:w="1440"/>
          </w:tcPr>
          <w:p>
            <w:r>
              <w:t>Importe ejecutado</w:t>
            </w:r>
          </w:p>
        </w:tc>
      </w:tr>
      <w:tr>
        <w:tc>
          <w:tcPr>
            <w:tcW w:type="dxa" w:w="1440"/>
          </w:tcPr>
          <w:p>
            <w:r>
              <w:t>Servicio anual de posicionamiento simultáneo GPS/GPRS para medios terrestres en plataformas de seguimiento FIRESPONSE, FIDIAS y POSIZIONA del dispositivo de defensa contra incendios forestales de Castilla-La Mancha, 2026. Expediente nº 103-TT-0-032-26/SE20 · exp. 2026/042242</w:t>
            </w:r>
          </w:p>
        </w:tc>
        <w:tc>
          <w:tcPr>
            <w:tcW w:type="dxa" w:w="1440"/>
          </w:tcPr>
          <w:p>
            <w:r>
              <w:t>Dirección Gerencia de Gestión Ambiental de Castilla-La Mancha S.A. · NIF A16249153</w:t>
            </w:r>
          </w:p>
        </w:tc>
        <w:tc>
          <w:tcPr>
            <w:tcW w:type="dxa" w:w="1440"/>
          </w:tcPr>
          <w:p>
            <w:r>
              <w:t>41.472,00 €</w:t>
            </w:r>
          </w:p>
        </w:tc>
        <w:tc>
          <w:tcPr>
            <w:tcW w:type="dxa" w:w="1440"/>
          </w:tcPr>
          <w:p>
            <w:r>
              <w:t>03/07/2026</w:t>
            </w:r>
          </w:p>
        </w:tc>
        <w:tc>
          <w:tcPr>
            <w:tcW w:type="dxa" w:w="1440"/>
          </w:tcPr>
          <w:p>
            <w:r>
              <w:t>03/08/2026 – en curso</w:t>
            </w:r>
          </w:p>
        </w:tc>
        <w:tc>
          <w:tcPr>
            <w:tcW w:type="dxa" w:w="1440"/>
          </w:tcPr>
          <w:p>
            <w:r>
              <w:rPr>
                <w:highlight w:val="yellow"/>
              </w:rPr>
              <w:t>rellenar</w:t>
            </w:r>
          </w:p>
        </w:tc>
      </w:tr>
      <w:tr>
        <w:tc>
          <w:tcPr>
            <w:tcW w:type="dxa" w:w="1440"/>
          </w:tcPr>
          <w:p>
            <w:r>
              <w:t>Servicio anual de posicionamiento simultáneo GPS/GPRS para medios terrestres en plataformas de seguimiento Firesponse, Fidias y Posiziona del dispositivo de defensa contra incendios forestales de Castilla-La Mancha · exp. 2025/006704</w:t>
            </w:r>
          </w:p>
        </w:tc>
        <w:tc>
          <w:tcPr>
            <w:tcW w:type="dxa" w:w="1440"/>
          </w:tcPr>
          <w:p>
            <w:r>
              <w:t>Dirección Gerencia de Gestión Ambiental de Castilla-La Mancha S.A. · NIF A16249153</w:t>
            </w:r>
          </w:p>
        </w:tc>
        <w:tc>
          <w:tcPr>
            <w:tcW w:type="dxa" w:w="1440"/>
          </w:tcPr>
          <w:p>
            <w:r>
              <w:t>48.708,00 €</w:t>
            </w:r>
          </w:p>
        </w:tc>
        <w:tc>
          <w:tcPr>
            <w:tcW w:type="dxa" w:w="1440"/>
          </w:tcPr>
          <w:p>
            <w:r>
              <w:t>21/05/2025</w:t>
            </w:r>
          </w:p>
        </w:tc>
        <w:tc>
          <w:tcPr>
            <w:tcW w:type="dxa" w:w="1440"/>
          </w:tcPr>
          <w:p>
            <w:r>
              <w:t>23/05/2025 – 23/05/2026</w:t>
            </w:r>
          </w:p>
        </w:tc>
        <w:tc>
          <w:tcPr>
            <w:tcW w:type="dxa" w:w="1440"/>
          </w:tcPr>
          <w:p>
            <w:r>
              <w:rPr>
                <w:highlight w:val="yellow"/>
              </w:rPr>
              <w:t>rellenar</w:t>
            </w:r>
          </w:p>
        </w:tc>
      </w:tr>
      <w:tr>
        <w:tc>
          <w:tcPr>
            <w:tcW w:type="dxa" w:w="1440"/>
          </w:tcPr>
          <w:p>
            <w:r>
              <w:t>Servicio anual de posicionamiento simultáneo GPS/GPRS para medios terrestres en plataformas de seguimiento Firesponse, Fidias y Posiziona del dispositivo de defensa contra incendios forestales de Castilla - La Mancha · exp. 2024/009097</w:t>
            </w:r>
          </w:p>
        </w:tc>
        <w:tc>
          <w:tcPr>
            <w:tcW w:type="dxa" w:w="1440"/>
          </w:tcPr>
          <w:p>
            <w:r>
              <w:t>Dirección Gerencia de Gestión Ambiental de Castilla-La Mancha S.A. · NIF A16249153</w:t>
            </w:r>
          </w:p>
        </w:tc>
        <w:tc>
          <w:tcPr>
            <w:tcW w:type="dxa" w:w="1440"/>
          </w:tcPr>
          <w:p>
            <w:r>
              <w:t>48.708,00 €</w:t>
            </w:r>
          </w:p>
        </w:tc>
        <w:tc>
          <w:tcPr>
            <w:tcW w:type="dxa" w:w="1440"/>
          </w:tcPr>
          <w:p>
            <w:r>
              <w:t>17/06/2024</w:t>
            </w:r>
          </w:p>
        </w:tc>
        <w:tc>
          <w:tcPr>
            <w:tcW w:type="dxa" w:w="1440"/>
          </w:tcPr>
          <w:p>
            <w:r>
              <w:t>19/06/2024 – 19/06/2025</w:t>
            </w:r>
          </w:p>
        </w:tc>
        <w:tc>
          <w:tcPr>
            <w:tcW w:type="dxa" w:w="1440"/>
          </w:tcPr>
          <w:p>
            <w:r>
              <w:rPr>
                <w:highlight w:val="yellow"/>
              </w:rPr>
              <w:t>rellenar</w:t>
            </w:r>
          </w:p>
        </w:tc>
      </w:tr>
    </w:tbl>
    <w:p/>
    <w:p>
      <w:r>
        <w:rPr>
          <w:b/>
        </w:rPr>
        <w:t>Importe adjudicado en el periodo: 138.888,00 € sin IVA, en 3 contratos.</w:t>
      </w:r>
    </w:p>
    <w:p>
      <w:r>
        <w:t>Los importes son los de adjudicación publicados por cada órgano en la Plataforma de Contratación del Sector Público. El importe ejecutado y la buena ejecución los acredita el certificado de cada órgano: detrás va la petición de cada uno.</w:t>
      </w:r>
    </w:p>
    <w:p>
      <w:r>
        <w:br w:type="page"/>
      </w:r>
    </w:p>
    <w:p>
      <w:pPr>
        <w:pStyle w:val="Heading1"/>
      </w:pPr>
      <w:r>
        <w:t>Solicitud de certificado de buena ejecución</w:t>
      </w:r>
    </w:p>
    <w:p>
      <w:r>
        <w:t>A: Dirección Gerencia de Gestión Ambiental de Castilla-La Mancha S.A. (NIF A16249153)</w:t>
      </w:r>
    </w:p>
    <w:p>
      <w:r>
        <w:t xml:space="preserve">SIG BROSTEL S.L., con NIF B84315431, adjudicataria del contrato «Servicio anual de posicionamiento simultáneo GPS/GPRS para medios terrestres en plataformas de seguimiento FIRESPONSE, FIDIAS y POSIZIONA del dispositivo de defensa contra incendios forestales de Castilla-La Mancha, 2026. Expediente nº 103-TT-0-032-26/SE20», expediente 2026/042242, adjudicado el 03/07/2026 por 41.472,00 € sin IVA, </w:t>
      </w:r>
      <w:r>
        <w:t>SOLICITA que se expida certificado de buena ejecución del contrato en el que conste su objeto, su importe, las fechas y el lugar de ejecución y si se llevó a cabo normalmente y a buen término, a efectos de acreditar su solvencia técnica en otros procedimientos de contratación.</w:t>
      </w:r>
    </w:p>
    <w:p>
      <w:r>
        <w:t xml:space="preserve">Periodo de ejecución: </w:t>
      </w:r>
      <w:r>
        <w:t>03/08/2026 a 03/08/2027 (en curso: se pide el certificado de lo ejecutado hasta la fecha)</w:t>
      </w:r>
    </w:p>
    <w:p>
      <w:r>
        <w:rPr>
          <w:highlight w:val="yellow"/>
        </w:rPr>
        <w:t>En …………………, a …… de …………………… de 20……</w:t>
      </w:r>
    </w:p>
    <w:p>
      <w:r>
        <w:rPr>
          <w:highlight w:val="yellow"/>
        </w:rPr>
        <w:t>Firma y nombre de quien representa a la empresa</w:t>
      </w:r>
    </w:p>
    <w:p>
      <w:r>
        <w:br w:type="page"/>
      </w:r>
    </w:p>
    <w:p>
      <w:pPr>
        <w:pStyle w:val="Heading1"/>
      </w:pPr>
      <w:r>
        <w:t>Solicitud de certificado de buena ejecución</w:t>
      </w:r>
    </w:p>
    <w:p>
      <w:r>
        <w:t>A: Dirección Gerencia de Gestión Ambiental de Castilla-La Mancha S.A. (NIF A16249153)</w:t>
      </w:r>
    </w:p>
    <w:p>
      <w:r>
        <w:t xml:space="preserve">SIG BROSTEL S.L., con NIF B84315431, adjudicataria del contrato «Servicio anual de posicionamiento simultáneo GPS/GPRS para medios terrestres en plataformas de seguimiento Firesponse, Fidias y Posiziona del dispositivo de defensa contra incendios forestales de Castilla-La Mancha», expediente 2025/006704, adjudicado el 21/05/2025 por 48.708,00 € sin IVA, </w:t>
      </w:r>
      <w:r>
        <w:t>SOLICITA que se expida certificado de buena ejecución del contrato en el que conste su objeto, su importe, las fechas y el lugar de ejecución y si se llevó a cabo normalmente y a buen término, a efectos de acreditar su solvencia técnica en otros procedimientos de contratación.</w:t>
      </w:r>
    </w:p>
    <w:p>
      <w:r>
        <w:t xml:space="preserve">Periodo de ejecución: </w:t>
      </w:r>
      <w:r>
        <w:t>23/05/2025 a 23/05/2026</w:t>
      </w:r>
    </w:p>
    <w:p>
      <w:r>
        <w:rPr>
          <w:highlight w:val="yellow"/>
        </w:rPr>
        <w:t>En …………………, a …… de …………………… de 20……</w:t>
      </w:r>
    </w:p>
    <w:p>
      <w:r>
        <w:rPr>
          <w:highlight w:val="yellow"/>
        </w:rPr>
        <w:t>Firma y nombre de quien representa a la empresa</w:t>
      </w:r>
    </w:p>
    <w:p>
      <w:r>
        <w:br w:type="page"/>
      </w:r>
    </w:p>
    <w:p>
      <w:pPr>
        <w:pStyle w:val="Heading1"/>
      </w:pPr>
      <w:r>
        <w:t>Solicitud de certificado de buena ejecución</w:t>
      </w:r>
    </w:p>
    <w:p>
      <w:r>
        <w:t>A: Dirección Gerencia de Gestión Ambiental de Castilla-La Mancha S.A. (NIF A16249153)</w:t>
      </w:r>
    </w:p>
    <w:p>
      <w:r>
        <w:t xml:space="preserve">SIG BROSTEL S.L., con NIF B84315431, adjudicataria del contrato «Servicio anual de posicionamiento simultáneo GPS/GPRS para medios terrestres en plataformas de seguimiento Firesponse, Fidias y Posiziona del dispositivo de defensa contra incendios forestales de Castilla - La Mancha», expediente 2024/009097, adjudicado el 17/06/2024 por 48.708,00 € sin IVA, </w:t>
      </w:r>
      <w:r>
        <w:t>SOLICITA que se expida certificado de buena ejecución del contrato en el que conste su objeto, su importe, las fechas y el lugar de ejecución y si se llevó a cabo normalmente y a buen término, a efectos de acreditar su solvencia técnica en otros procedimientos de contratación.</w:t>
      </w:r>
    </w:p>
    <w:p>
      <w:r>
        <w:t xml:space="preserve">Periodo de ejecución: </w:t>
      </w:r>
      <w:r>
        <w:t>19/06/2024 a 19/06/2025</w:t>
      </w:r>
    </w:p>
    <w:p>
      <w:r>
        <w:rPr>
          <w:highlight w:val="yellow"/>
        </w:rPr>
        <w:t>En …………………, a …… de …………………… de 20……</w:t>
      </w:r>
    </w:p>
    <w:p>
      <w:r>
        <w:rPr>
          <w:highlight w:val="yellow"/>
        </w:rPr>
        <w:t>Firma y nombre de quien representa a la empresa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AIM PAPYR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cp:lastModifiedBy/>
  <cp:revision>1</cp:revision>
  <dcterms:created xsi:type="dcterms:W3CDTF">2013-12-23T23:15:00Z</dcterms:created>
  <dcterms:modified xsi:type="dcterms:W3CDTF">2013-12-23T23:15:00Z</dcterms:modified>
  <cp:category/>
</cp:coreProperties>
</file>