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SHAKESPEARE &amp; FRIENDS SL</w:t>
      </w:r>
    </w:p>
    <w:p>
      <w:r>
        <w:t>NIF B67382564.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de producció i l'execució d'activitats de dinamització i promoció del comerç del Districte de Sarrià - Sant Gervasi a l'Ajuntament de Barcelona · exp. 001_26002659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14.042,41 €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coordinació, la producció i l'assistència tècnica dels actes de calendari festiu del districte de les Corts, amb mesures socials de contractació pública sostenible · exp. 001_26002703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37.568,59 €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01/01/2027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Producció i dinamització d'activitats familiars de diverses tipologies per a la promoció del comerç al Districte de Sarrià - Sant Gervasi durant l'any 2024 · exp. 001_24002877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14.432,47 €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01/12/2024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66.043,47 €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SHAKESPEARE &amp; FRIENDS SL, con NIF B67382564, adjudicataria del contrato «Serveis de producció i l'execució d'activitats de dinamització i promoció del comerç del Districte de Sarrià - Sant Gervasi a l'Ajuntament de Barcelona», expediente 001_26002659, adjudicado el …… por 14.042,41 €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SHAKESPEARE &amp; FRIENDS SL, con NIF B67382564, adjudicataria del contrato «la coordinació, la producció i l'assistència tècnica dels actes de calendari festiu del districte de les Corts, amb mesures socials de contractació pública sostenible», expediente 001_26002703, adjudicado el …… por 37.568,59 €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01/01/2027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SHAKESPEARE &amp; FRIENDS SL, con NIF B67382564, adjudicataria del contrato «Producció i dinamització d'activitats familiars de diverses tipologies per a la promoció del comerç al Districte de Sarrià - Sant Gervasi durant l'any 2024», expediente 001_24002877, adjudicado el …… por 14.432,47 €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