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SERVICO DE ASISTENCIA TECNICA PROFESIONAL DE GALICIA SL</w:t>
      </w:r>
    </w:p>
    <w:p>
      <w:r>
        <w:t>NIF B15785637. Contratos públicos adjudicados en los cinco últimos años (obras), del 06/11/2021 al 06/11/2026,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