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SERVICO DE ASISTENCIA TECNICA PROFESIONAL DE GALICIA SL</w:t>
      </w:r>
    </w:p>
    <w:p>
      <w:r>
        <w:t>NIF B15785637. Contratos públicos adjudicados en los tres últimos años (servicios), del 06/11/2023 al 06/11/2026,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en función de las necesidades reparación y mantenimiento maquinaría sastrería y taller velas en la ESENGRA · exp. 2026/AR42U/00002324E</w:t>
            </w:r>
          </w:p>
        </w:tc>
        <w:tc>
          <w:tcPr>
            <w:tcW w:type="dxa" w:w="1440"/>
          </w:tcPr>
          <w:p>
            <w:r>
              <w:t>Intendente de Ferrol · NIF S1515003J</w:t>
            </w:r>
          </w:p>
        </w:tc>
        <w:tc>
          <w:tcPr>
            <w:tcW w:type="dxa" w:w="1440"/>
          </w:tcPr>
          <w:p>
            <w:r>
              <w:t>6.764,52 €</w:t>
            </w:r>
          </w:p>
        </w:tc>
        <w:tc>
          <w:tcPr>
            <w:tcW w:type="dxa" w:w="1440"/>
          </w:tcPr>
          <w:p>
            <w:r>
              <w:t>04/11/2026</w:t>
            </w:r>
          </w:p>
        </w:tc>
        <w:tc>
          <w:tcPr>
            <w:tcW w:type="dxa" w:w="1440"/>
          </w:tcPr>
          <w:p>
            <w:r>
              <w:t>04/12/2026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abierto mantenimiento y reparación maquinaria Aula Hostelería y cocina en la ESENGRA · exp. 2026/AR42U/00002322E</w:t>
            </w:r>
          </w:p>
        </w:tc>
        <w:tc>
          <w:tcPr>
            <w:tcW w:type="dxa" w:w="1440"/>
          </w:tcPr>
          <w:p>
            <w:r>
              <w:t>Intendente de Ferrol · NIF S1515003J</w:t>
            </w:r>
          </w:p>
        </w:tc>
        <w:tc>
          <w:tcPr>
            <w:tcW w:type="dxa" w:w="1440"/>
          </w:tcPr>
          <w:p>
            <w:r>
              <w:t>24.502,00 €</w:t>
            </w:r>
          </w:p>
        </w:tc>
        <w:tc>
          <w:tcPr>
            <w:tcW w:type="dxa" w:w="1440"/>
          </w:tcPr>
          <w:p>
            <w:r>
              <w:t>29/10/2026</w:t>
            </w:r>
          </w:p>
        </w:tc>
        <w:tc>
          <w:tcPr>
            <w:tcW w:type="dxa" w:w="1440"/>
          </w:tcPr>
          <w:p>
            <w:r>
              <w:t>04/11/2026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ESENGRA.- Servicio abierto de revisión y puesta a punto de maquinaría de lavandería. · exp. 2026/AR42U/00001800E</w:t>
            </w:r>
          </w:p>
        </w:tc>
        <w:tc>
          <w:tcPr>
            <w:tcW w:type="dxa" w:w="1440"/>
          </w:tcPr>
          <w:p>
            <w:r>
              <w:t>Intendente de Ferrol · NIF S1515003J</w:t>
            </w:r>
          </w:p>
        </w:tc>
        <w:tc>
          <w:tcPr>
            <w:tcW w:type="dxa" w:w="1440"/>
          </w:tcPr>
          <w:p>
            <w:r>
              <w:t>11.915,31 €</w:t>
            </w:r>
          </w:p>
        </w:tc>
        <w:tc>
          <w:tcPr>
            <w:tcW w:type="dxa" w:w="1440"/>
          </w:tcPr>
          <w:p>
            <w:r>
              <w:t>14/09/2026</w:t>
            </w:r>
          </w:p>
        </w:tc>
        <w:tc>
          <w:tcPr>
            <w:tcW w:type="dxa" w:w="1440"/>
          </w:tcPr>
          <w:p>
            <w:r>
              <w:t>17/09/2026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43.181,83 €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Intendente de Ferrol (NIF S1515003J)</w:t>
      </w:r>
    </w:p>
    <w:p>
      <w:r>
        <w:t xml:space="preserve">SERVICO DE ASISTENCIA TECNICA PROFESIONAL DE GALICIA SL, con NIF B15785637, adjudicataria del contrato «Servicio en función de las necesidades reparación y mantenimiento maquinaría sastrería y taller velas en la ESENGRA», expediente 2026/AR42U/00002324E, adjudicado el 04/11/2026 por 6.764,52 €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04/12/2026 a 03/01/2027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Intendente de Ferrol (NIF S1515003J)</w:t>
      </w:r>
    </w:p>
    <w:p>
      <w:r>
        <w:t xml:space="preserve">SERVICO DE ASISTENCIA TECNICA PROFESIONAL DE GALICIA SL, con NIF B15785637, adjudicataria del contrato «Servicio abierto mantenimiento y reparación maquinaria Aula Hostelería y cocina en la ESENGRA», expediente 2026/AR42U/00002322E, adjudicado el 29/10/2026 por 24.502,00 €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04/11/2026 a 04/02/2027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Intendente de Ferrol (NIF S1515003J)</w:t>
      </w:r>
    </w:p>
    <w:p>
      <w:r>
        <w:t xml:space="preserve">SERVICO DE ASISTENCIA TECNICA PROFESIONAL DE GALICIA SL, con NIF B15785637, adjudicataria del contrato «ESENGRA.- Servicio abierto de revisión y puesta a punto de maquinaría de lavandería.», expediente 2026/AR42U/00001800E, adjudicado el 14/09/2026 por 11.915,31 €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17/09/2026 a 17/11/2026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