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SERVICIOS INDUSTRIALES REUNIDOS, SAU</w:t>
      </w:r>
    </w:p>
    <w:p>
      <w:r>
        <w:t>NIF A08259541.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Limpieza Avioneta Rotonda · exp. VGO-71/2026</w:t>
            </w:r>
          </w:p>
        </w:tc>
        <w:tc>
          <w:tcPr>
            <w:tcW w:type="dxa" w:w="1440"/>
          </w:tcPr>
          <w:p>
            <w:r>
              <w:t>Aena. Dirección del Aeropuerto de Vigo · NIF A86212420</w:t>
            </w:r>
          </w:p>
        </w:tc>
        <w:tc>
          <w:tcPr>
            <w:tcW w:type="dxa" w:w="1440"/>
          </w:tcPr>
          <w:p>
            <w:r>
              <w:t>1.696,00 €</w:t>
            </w:r>
          </w:p>
        </w:tc>
        <w:tc>
          <w:tcPr>
            <w:tcW w:type="dxa" w:w="1440"/>
          </w:tcPr>
          <w:p>
            <w:r>
              <w:t>09/09/2026</w:t>
            </w:r>
          </w:p>
        </w:tc>
        <w:tc>
          <w:tcPr>
            <w:tcW w:type="dxa" w:w="1440"/>
          </w:tcPr>
          <w:p>
            <w:r>
              <w:t>10/09/2026 – 17/09/2026</w:t>
            </w:r>
          </w:p>
        </w:tc>
        <w:tc>
          <w:tcPr>
            <w:tcW w:type="dxa" w:w="1440"/>
          </w:tcPr>
          <w:p>
            <w:r>
              <w:rPr>
                <w:highlight w:val="yellow"/>
              </w:rPr>
              <w:t>rellenar</w:t>
            </w:r>
          </w:p>
        </w:tc>
      </w:tr>
      <w:tr>
        <w:tc>
          <w:tcPr>
            <w:tcW w:type="dxa" w:w="1440"/>
          </w:tcPr>
          <w:p>
            <w:r>
              <w:t>La prestación del servicio de limpieza de diversos edificios de uso municipal conforme se establece en el Pliego de Prescripciones técnicas. · exp. E53/65/2025</w:t>
            </w:r>
          </w:p>
        </w:tc>
        <w:tc>
          <w:tcPr>
            <w:tcW w:type="dxa" w:w="1440"/>
          </w:tcPr>
          <w:p>
            <w:r>
              <w:t>Ayuntamiento de Es Mercadal · NIF P0703700E</w:t>
            </w:r>
          </w:p>
        </w:tc>
        <w:tc>
          <w:tcPr>
            <w:tcW w:type="dxa" w:w="1440"/>
          </w:tcPr>
          <w:p>
            <w:r>
              <w:t>271.918,44 €</w:t>
            </w:r>
          </w:p>
        </w:tc>
        <w:tc>
          <w:tcPr>
            <w:tcW w:type="dxa" w:w="1440"/>
          </w:tcPr>
          <w:p>
            <w:r>
              <w:t>24/02/2026</w:t>
            </w:r>
          </w:p>
        </w:tc>
        <w:tc>
          <w:tcPr>
            <w:tcW w:type="dxa" w:w="1440"/>
          </w:tcPr>
          <w:p>
            <w:r>
              <w:t>24/03/2026 – en curso</w:t>
            </w:r>
          </w:p>
        </w:tc>
        <w:tc>
          <w:tcPr>
            <w:tcW w:type="dxa" w:w="1440"/>
          </w:tcPr>
          <w:p>
            <w:r>
              <w:rPr>
                <w:highlight w:val="yellow"/>
              </w:rPr>
              <w:t>rellenar</w:t>
            </w:r>
          </w:p>
        </w:tc>
      </w:tr>
      <w:tr>
        <w:tc>
          <w:tcPr>
            <w:tcW w:type="dxa" w:w="1440"/>
          </w:tcPr>
          <w:p>
            <w:r>
              <w:t>La prestación de los servicios previstos para cada lote según el apartado A) del anexo I del PCP conforme al Pliego de Prescripciones Técncias (lote 3) · exp. PC-MER/2025/00020-ORD</w:t>
            </w:r>
          </w:p>
        </w:tc>
        <w:tc>
          <w:tcPr>
            <w:tcW w:type="dxa" w:w="1440"/>
          </w:tcPr>
          <w:p>
            <w:r>
              <w:t>Consejo de Administración de Mercados Centrales de Abastecimiento de Madrid S.A. (MERCAMADRID S.A.) · NIF A28327393</w:t>
            </w:r>
          </w:p>
        </w:tc>
        <w:tc>
          <w:tcPr>
            <w:tcW w:type="dxa" w:w="1440"/>
          </w:tcPr>
          <w:p>
            <w:r>
              <w:t>1.329.374,41 €</w:t>
            </w:r>
          </w:p>
        </w:tc>
        <w:tc>
          <w:tcPr>
            <w:tcW w:type="dxa" w:w="1440"/>
          </w:tcPr>
          <w:p>
            <w:r>
              <w:t>02/12/2025</w:t>
            </w:r>
          </w:p>
        </w:tc>
        <w:tc>
          <w:tcPr>
            <w:tcW w:type="dxa" w:w="1440"/>
          </w:tcPr>
          <w:p>
            <w:r>
              <w:t>02/01/2026 – en curso</w:t>
            </w:r>
          </w:p>
        </w:tc>
        <w:tc>
          <w:tcPr>
            <w:tcW w:type="dxa" w:w="1440"/>
          </w:tcPr>
          <w:p>
            <w:r>
              <w:rPr>
                <w:highlight w:val="yellow"/>
              </w:rPr>
              <w:t>rellenar</w:t>
            </w:r>
          </w:p>
        </w:tc>
      </w:tr>
      <w:tr>
        <w:tc>
          <w:tcPr>
            <w:tcW w:type="dxa" w:w="1440"/>
          </w:tcPr>
          <w:p>
            <w:r>
              <w:t>Servicio de limpieza de las instalaciones y dominio público de los puertos de gestión directa de Ports de les Illes Balears en la isla de Mallorca · exp. 2826/2024 PA</w:t>
            </w:r>
          </w:p>
        </w:tc>
        <w:tc>
          <w:tcPr>
            <w:tcW w:type="dxa" w:w="1440"/>
          </w:tcPr>
          <w:p>
            <w:r>
              <w:t>Puertos de las Illes Balears · NIF Q0700499G</w:t>
            </w:r>
          </w:p>
        </w:tc>
        <w:tc>
          <w:tcPr>
            <w:tcW w:type="dxa" w:w="1440"/>
          </w:tcPr>
          <w:p>
            <w:r>
              <w:t>1.770.618,83 €</w:t>
            </w:r>
          </w:p>
        </w:tc>
        <w:tc>
          <w:tcPr>
            <w:tcW w:type="dxa" w:w="1440"/>
          </w:tcPr>
          <w:p>
            <w:r>
              <w:t>06/09/2024</w:t>
            </w:r>
          </w:p>
        </w:tc>
        <w:tc>
          <w:tcPr>
            <w:tcW w:type="dxa" w:w="1440"/>
          </w:tcPr>
          <w:p>
            <w:r>
              <w:t>06/10/2024 – 06/10/2026</w:t>
            </w:r>
          </w:p>
        </w:tc>
        <w:tc>
          <w:tcPr>
            <w:tcW w:type="dxa" w:w="1440"/>
          </w:tcPr>
          <w:p>
            <w:r>
              <w:rPr>
                <w:highlight w:val="yellow"/>
              </w:rPr>
              <w:t>rellenar</w:t>
            </w:r>
          </w:p>
        </w:tc>
      </w:tr>
      <w:tr>
        <w:tc>
          <w:tcPr>
            <w:tcW w:type="dxa" w:w="1440"/>
          </w:tcPr>
          <w:p>
            <w:r>
              <w:t>Servicio de limpiezas de dependencias en Red Convencional. 28 lotes (lote 006) · exp. 2.23/28520.0008</w:t>
            </w:r>
          </w:p>
        </w:tc>
        <w:tc>
          <w:tcPr>
            <w:tcW w:type="dxa" w:w="1440"/>
          </w:tcPr>
          <w:p>
            <w:r>
              <w:t>ADIF -Consejo de Administración · NIF Q2801660H</w:t>
            </w:r>
          </w:p>
        </w:tc>
        <w:tc>
          <w:tcPr>
            <w:tcW w:type="dxa" w:w="1440"/>
          </w:tcPr>
          <w:p>
            <w:r>
              <w:t>104.339,35 €</w:t>
            </w:r>
          </w:p>
        </w:tc>
        <w:tc>
          <w:tcPr>
            <w:tcW w:type="dxa" w:w="1440"/>
          </w:tcPr>
          <w:p>
            <w:r>
              <w:t>01/02/2024</w:t>
            </w:r>
          </w:p>
        </w:tc>
        <w:tc>
          <w:tcPr>
            <w:tcW w:type="dxa" w:w="1440"/>
          </w:tcPr>
          <w:p>
            <w:r>
              <w:t>01/03/2024 – 01/03/2025</w:t>
            </w:r>
          </w:p>
        </w:tc>
        <w:tc>
          <w:tcPr>
            <w:tcW w:type="dxa" w:w="1440"/>
          </w:tcPr>
          <w:p>
            <w:r>
              <w:rPr>
                <w:highlight w:val="yellow"/>
              </w:rPr>
              <w:t>rellenar</w:t>
            </w:r>
          </w:p>
        </w:tc>
      </w:tr>
      <w:tr>
        <w:tc>
          <w:tcPr>
            <w:tcW w:type="dxa" w:w="1440"/>
          </w:tcPr>
          <w:p>
            <w:r>
              <w:t>Servicio de limpiezas de dependencias en Red Convencional. 28 lotes (lote 007) · exp. 2.23/28520.0008</w:t>
            </w:r>
          </w:p>
        </w:tc>
        <w:tc>
          <w:tcPr>
            <w:tcW w:type="dxa" w:w="1440"/>
          </w:tcPr>
          <w:p>
            <w:r>
              <w:t>ADIF -Consejo de Administración · NIF Q2801660H</w:t>
            </w:r>
          </w:p>
        </w:tc>
        <w:tc>
          <w:tcPr>
            <w:tcW w:type="dxa" w:w="1440"/>
          </w:tcPr>
          <w:p>
            <w:r>
              <w:t>238.026,95 €</w:t>
            </w:r>
          </w:p>
        </w:tc>
        <w:tc>
          <w:tcPr>
            <w:tcW w:type="dxa" w:w="1440"/>
          </w:tcPr>
          <w:p>
            <w:r>
              <w:t>01/02/2024</w:t>
            </w:r>
          </w:p>
        </w:tc>
        <w:tc>
          <w:tcPr>
            <w:tcW w:type="dxa" w:w="1440"/>
          </w:tcPr>
          <w:p>
            <w:r>
              <w:t>01/03/2024 – 01/03/2025</w:t>
            </w:r>
          </w:p>
        </w:tc>
        <w:tc>
          <w:tcPr>
            <w:tcW w:type="dxa" w:w="1440"/>
          </w:tcPr>
          <w:p>
            <w:r>
              <w:rPr>
                <w:highlight w:val="yellow"/>
              </w:rPr>
              <w:t>rellenar</w:t>
            </w:r>
          </w:p>
        </w:tc>
      </w:tr>
      <w:tr>
        <w:tc>
          <w:tcPr>
            <w:tcW w:type="dxa" w:w="1440"/>
          </w:tcPr>
          <w:p>
            <w:r>
              <w:t>Servicio de limpieza de distintas dependencias (2 Lotes) (lote 1) · exp. 58/19.</w:t>
            </w:r>
          </w:p>
        </w:tc>
        <w:tc>
          <w:tcPr>
            <w:tcW w:type="dxa" w:w="1440"/>
          </w:tcPr>
          <w:p>
            <w:r>
              <w:t>Ayuntamiento de Arroyomolinos · NIF P2801500F</w:t>
            </w:r>
          </w:p>
        </w:tc>
        <w:tc>
          <w:tcPr>
            <w:tcW w:type="dxa" w:w="1440"/>
          </w:tcPr>
          <w:p>
            <w:r>
              <w:t>1.576.690,91 €</w:t>
            </w:r>
          </w:p>
        </w:tc>
        <w:tc>
          <w:tcPr>
            <w:tcW w:type="dxa" w:w="1440"/>
          </w:tcPr>
          <w:p>
            <w:r>
              <w:t>23/03/2022</w:t>
            </w:r>
          </w:p>
        </w:tc>
        <w:tc>
          <w:tcPr>
            <w:tcW w:type="dxa" w:w="1440"/>
          </w:tcPr>
          <w:p>
            <w:r>
              <w:t>23/05/2022 – 23/05/2024</w:t>
            </w:r>
          </w:p>
        </w:tc>
        <w:tc>
          <w:tcPr>
            <w:tcW w:type="dxa" w:w="1440"/>
          </w:tcPr>
          <w:p>
            <w:r>
              <w:rPr>
                <w:highlight w:val="yellow"/>
              </w:rPr>
              <w:t>rellenar</w:t>
            </w:r>
          </w:p>
        </w:tc>
      </w:tr>
      <w:tr>
        <w:tc>
          <w:tcPr>
            <w:tcW w:type="dxa" w:w="1440"/>
          </w:tcPr>
          <w:p>
            <w:r>
              <w:t>Servicio De Limpieza Y Desinfección Frente Al Covid-19 Y Gestión De Carros Portaequipajes En Los Aeropuertos De Pmi, Agp, Alc, Lei Y Xry (lote 1) · exp. DEA-359/2021</w:t>
            </w:r>
          </w:p>
        </w:tc>
        <w:tc>
          <w:tcPr>
            <w:tcW w:type="dxa" w:w="1440"/>
          </w:tcPr>
          <w:p>
            <w:r>
              <w:t>Aena. Consejo de Administración · NIF A86212420</w:t>
            </w:r>
          </w:p>
        </w:tc>
        <w:tc>
          <w:tcPr>
            <w:tcW w:type="dxa" w:w="1440"/>
          </w:tcPr>
          <w:p>
            <w:r>
              <w:t>11.956.230,23 €</w:t>
            </w:r>
          </w:p>
        </w:tc>
        <w:tc>
          <w:tcPr>
            <w:tcW w:type="dxa" w:w="1440"/>
          </w:tcPr>
          <w:p>
            <w:r>
              <w:t>28/10/2021</w:t>
            </w:r>
          </w:p>
        </w:tc>
        <w:tc>
          <w:tcPr>
            <w:tcW w:type="dxa" w:w="1440"/>
          </w:tcPr>
          <w:p>
            <w:r>
              <w:t>26/11/2021 – 26/11/2023</w:t>
            </w:r>
          </w:p>
        </w:tc>
        <w:tc>
          <w:tcPr>
            <w:tcW w:type="dxa" w:w="1440"/>
          </w:tcPr>
          <w:p>
            <w:r>
              <w:rPr>
                <w:highlight w:val="yellow"/>
              </w:rPr>
              <w:t>rellenar</w:t>
            </w:r>
          </w:p>
        </w:tc>
      </w:tr>
      <w:tr>
        <w:tc>
          <w:tcPr>
            <w:tcW w:type="dxa" w:w="1440"/>
          </w:tcPr>
          <w:p>
            <w:r>
              <w:t>La prestación de servicios integrales de limpieza y gestión integral de residuos en la Unidad Alimentaria Mercamadrid y en la Ampliación de Mercamadrid, de conformidad con las especificaciones establecidas para el Lote nº 1 en el presente Pliego de Prescripciones Técnicas.</w:t>
              <w:br/>
              <w:br/>
              <w:br/>
              <w:br/>
              <w:t>La prestación de servic (lote 3) · exp. PC-MER-2020-00020-ORD</w:t>
            </w:r>
          </w:p>
        </w:tc>
        <w:tc>
          <w:tcPr>
            <w:tcW w:type="dxa" w:w="1440"/>
          </w:tcPr>
          <w:p>
            <w:r>
              <w:t>Consejo de Administración de Mercados Centrales de Abastecimiento de Madrid S.A. (MERCAMADRID S.A.) · NIF A28327393</w:t>
            </w:r>
          </w:p>
        </w:tc>
        <w:tc>
          <w:tcPr>
            <w:tcW w:type="dxa" w:w="1440"/>
          </w:tcPr>
          <w:p>
            <w:r>
              <w:t>526.996,21 €</w:t>
            </w:r>
          </w:p>
        </w:tc>
        <w:tc>
          <w:tcPr>
            <w:tcW w:type="dxa" w:w="1440"/>
          </w:tcPr>
          <w:p>
            <w:r>
              <w:t>04/11/2020</w:t>
            </w:r>
          </w:p>
        </w:tc>
        <w:tc>
          <w:tcPr>
            <w:tcW w:type="dxa" w:w="1440"/>
          </w:tcPr>
          <w:p>
            <w:r>
              <w:t>08/01/2021 – 07/01/2025</w:t>
            </w:r>
          </w:p>
        </w:tc>
        <w:tc>
          <w:tcPr>
            <w:tcW w:type="dxa" w:w="1440"/>
          </w:tcPr>
          <w:p>
            <w:r>
              <w:rPr>
                <w:highlight w:val="yellow"/>
              </w:rPr>
              <w:t>rellenar</w:t>
            </w:r>
          </w:p>
        </w:tc>
      </w:tr>
      <w:tr>
        <w:tc>
          <w:tcPr>
            <w:tcW w:type="dxa" w:w="1440"/>
          </w:tcPr>
          <w:p>
            <w:r>
              <w:t>Servei de neteja de superfícies, vidres, abrillantat i polit de terres dels edificis del CCSPT (lote 1) · exp. 26SER0011P</w:t>
            </w:r>
          </w:p>
        </w:tc>
        <w:tc>
          <w:tcPr>
            <w:tcW w:type="dxa" w:w="1440"/>
          </w:tcPr>
          <w:p>
            <w:r>
              <w:t>Consorci Corporació Sanitària Parc Taulí de Sabadell</w:t>
            </w:r>
          </w:p>
        </w:tc>
        <w:tc>
          <w:tcPr>
            <w:tcW w:type="dxa" w:w="1440"/>
          </w:tcPr>
          <w:p>
            <w:r>
              <w:t>524.859,71 €</w:t>
            </w:r>
          </w:p>
        </w:tc>
        <w:tc>
          <w:tcPr>
            <w:tcW w:type="dxa" w:w="1440"/>
          </w:tcPr>
          <w:p>
            <w:r/>
          </w:p>
        </w:tc>
        <w:tc>
          <w:tcPr>
            <w:tcW w:type="dxa" w:w="1440"/>
          </w:tcPr>
          <w:p>
            <w:r>
              <w:t>25/09/2026 – en curso</w:t>
            </w:r>
          </w:p>
        </w:tc>
        <w:tc>
          <w:tcPr>
            <w:tcW w:type="dxa" w:w="1440"/>
          </w:tcPr>
          <w:p>
            <w:r>
              <w:rPr>
                <w:highlight w:val="yellow"/>
              </w:rPr>
              <w:t>rellenar</w:t>
            </w:r>
          </w:p>
        </w:tc>
      </w:tr>
      <w:tr>
        <w:tc>
          <w:tcPr>
            <w:tcW w:type="dxa" w:w="1440"/>
          </w:tcPr>
          <w:p>
            <w:r>
              <w:t>Servei de neteja d'oficines, edificis annexos i d'altres espais dels ports de gestió directa de Ports de la Generalitat (lote 1) · exp. PORTS-2026-5</w:t>
            </w:r>
          </w:p>
        </w:tc>
        <w:tc>
          <w:tcPr>
            <w:tcW w:type="dxa" w:w="1440"/>
          </w:tcPr>
          <w:p>
            <w:r>
              <w:t>Ports de la Generalitat</w:t>
            </w:r>
          </w:p>
        </w:tc>
        <w:tc>
          <w:tcPr>
            <w:tcW w:type="dxa" w:w="1440"/>
          </w:tcPr>
          <w:p>
            <w:r>
              <w:t>58.641,24 €</w:t>
            </w:r>
          </w:p>
        </w:tc>
        <w:tc>
          <w:tcPr>
            <w:tcW w:type="dxa" w:w="1440"/>
          </w:tcPr>
          <w:p>
            <w:r/>
          </w:p>
        </w:tc>
        <w:tc>
          <w:tcPr>
            <w:tcW w:type="dxa" w:w="1440"/>
          </w:tcPr>
          <w:p>
            <w:r>
              <w:t>16/03/2026 – en curso</w:t>
            </w:r>
          </w:p>
        </w:tc>
        <w:tc>
          <w:tcPr>
            <w:tcW w:type="dxa" w:w="1440"/>
          </w:tcPr>
          <w:p>
            <w:r>
              <w:rPr>
                <w:highlight w:val="yellow"/>
              </w:rPr>
              <w:t>rellenar</w:t>
            </w:r>
          </w:p>
        </w:tc>
      </w:tr>
      <w:tr>
        <w:tc>
          <w:tcPr>
            <w:tcW w:type="dxa" w:w="1440"/>
          </w:tcPr>
          <w:p>
            <w:r>
              <w:t>Servei de neteja d'oficines, edificis annexos i d'altres espais dels ports de gestió directa de Ports de la Generalitat (lote 3) · exp. PORTS-2026-5</w:t>
            </w:r>
          </w:p>
        </w:tc>
        <w:tc>
          <w:tcPr>
            <w:tcW w:type="dxa" w:w="1440"/>
          </w:tcPr>
          <w:p>
            <w:r>
              <w:t>Ports de la Generalitat</w:t>
            </w:r>
          </w:p>
        </w:tc>
        <w:tc>
          <w:tcPr>
            <w:tcW w:type="dxa" w:w="1440"/>
          </w:tcPr>
          <w:p>
            <w:r>
              <w:t>18.430,45 €</w:t>
            </w:r>
          </w:p>
        </w:tc>
        <w:tc>
          <w:tcPr>
            <w:tcW w:type="dxa" w:w="1440"/>
          </w:tcPr>
          <w:p>
            <w:r/>
          </w:p>
        </w:tc>
        <w:tc>
          <w:tcPr>
            <w:tcW w:type="dxa" w:w="1440"/>
          </w:tcPr>
          <w:p>
            <w:r>
              <w:t>14/04/2026 – en curso</w:t>
            </w:r>
          </w:p>
        </w:tc>
        <w:tc>
          <w:tcPr>
            <w:tcW w:type="dxa" w:w="1440"/>
          </w:tcPr>
          <w:p>
            <w:r>
              <w:rPr>
                <w:highlight w:val="yellow"/>
              </w:rPr>
              <w:t>rellenar</w:t>
            </w:r>
          </w:p>
        </w:tc>
      </w:tr>
      <w:tr>
        <w:tc>
          <w:tcPr>
            <w:tcW w:type="dxa" w:w="1440"/>
          </w:tcPr>
          <w:p>
            <w:r>
              <w:t>Servei de neteja d'oficines, edificis annexos i d'altres espais dels ports de gestió directa de Ports de la Generalitat (lote 4) · exp. PORTS-2026-5</w:t>
            </w:r>
          </w:p>
        </w:tc>
        <w:tc>
          <w:tcPr>
            <w:tcW w:type="dxa" w:w="1440"/>
          </w:tcPr>
          <w:p>
            <w:r>
              <w:t>Ports de la Generalitat</w:t>
            </w:r>
          </w:p>
        </w:tc>
        <w:tc>
          <w:tcPr>
            <w:tcW w:type="dxa" w:w="1440"/>
          </w:tcPr>
          <w:p>
            <w:r>
              <w:t>43.602,45 €</w:t>
            </w:r>
          </w:p>
        </w:tc>
        <w:tc>
          <w:tcPr>
            <w:tcW w:type="dxa" w:w="1440"/>
          </w:tcPr>
          <w:p>
            <w:r/>
          </w:p>
        </w:tc>
        <w:tc>
          <w:tcPr>
            <w:tcW w:type="dxa" w:w="1440"/>
          </w:tcPr>
          <w:p>
            <w:r>
              <w:t>14/04/2026 – en curso</w:t>
            </w:r>
          </w:p>
        </w:tc>
        <w:tc>
          <w:tcPr>
            <w:tcW w:type="dxa" w:w="1440"/>
          </w:tcPr>
          <w:p>
            <w:r>
              <w:rPr>
                <w:highlight w:val="yellow"/>
              </w:rPr>
              <w:t>rellenar</w:t>
            </w:r>
          </w:p>
        </w:tc>
      </w:tr>
      <w:tr>
        <w:tc>
          <w:tcPr>
            <w:tcW w:type="dxa" w:w="1440"/>
          </w:tcPr>
          <w:p>
            <w:r>
              <w:t>Servei de neteja viària, de les oficines i altres dependències i equipaments del port de Blanes (La Selva) · exp. PORTS-2026-2</w:t>
            </w:r>
          </w:p>
        </w:tc>
        <w:tc>
          <w:tcPr>
            <w:tcW w:type="dxa" w:w="1440"/>
          </w:tcPr>
          <w:p>
            <w:r>
              <w:t>Ports de la Generalitat</w:t>
            </w:r>
          </w:p>
        </w:tc>
        <w:tc>
          <w:tcPr>
            <w:tcW w:type="dxa" w:w="1440"/>
          </w:tcPr>
          <w:p>
            <w:r>
              <w:t>261.383,88 €</w:t>
            </w:r>
          </w:p>
        </w:tc>
        <w:tc>
          <w:tcPr>
            <w:tcW w:type="dxa" w:w="1440"/>
          </w:tcPr>
          <w:p>
            <w:r/>
          </w:p>
        </w:tc>
        <w:tc>
          <w:tcPr>
            <w:tcW w:type="dxa" w:w="1440"/>
          </w:tcPr>
          <w:p>
            <w:r>
              <w:t>18/03/2026 – en curso</w:t>
            </w:r>
          </w:p>
        </w:tc>
        <w:tc>
          <w:tcPr>
            <w:tcW w:type="dxa" w:w="1440"/>
          </w:tcPr>
          <w:p>
            <w:r>
              <w:rPr>
                <w:highlight w:val="yellow"/>
              </w:rPr>
              <w:t>rellenar</w:t>
            </w:r>
          </w:p>
        </w:tc>
      </w:tr>
      <w:tr>
        <w:tc>
          <w:tcPr>
            <w:tcW w:type="dxa" w:w="1440"/>
          </w:tcPr>
          <w:p>
            <w:r>
              <w:t>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1) · exp. CCS-2026-2</w:t>
            </w:r>
          </w:p>
        </w:tc>
        <w:tc>
          <w:tcPr>
            <w:tcW w:type="dxa" w:w="1440"/>
          </w:tcPr>
          <w:p>
            <w:r>
              <w:t>Comissió Central de Subministraments</w:t>
            </w:r>
          </w:p>
        </w:tc>
        <w:tc>
          <w:tcPr>
            <w:tcW w:type="dxa" w:w="1440"/>
          </w:tcPr>
          <w:p>
            <w:r>
              <w:t>0,00 €</w:t>
            </w:r>
          </w:p>
        </w:tc>
        <w:tc>
          <w:tcPr>
            <w:tcW w:type="dxa" w:w="1440"/>
          </w:tcPr>
          <w:p>
            <w:r/>
          </w:p>
        </w:tc>
        <w:tc>
          <w:tcPr>
            <w:tcW w:type="dxa" w:w="1440"/>
          </w:tcPr>
          <w:p>
            <w:r>
              <w:t>27/05/2026 – en curso</w:t>
            </w:r>
          </w:p>
        </w:tc>
        <w:tc>
          <w:tcPr>
            <w:tcW w:type="dxa" w:w="1440"/>
          </w:tcPr>
          <w:p>
            <w:r>
              <w:rPr>
                <w:highlight w:val="yellow"/>
              </w:rPr>
              <w:t>rellenar</w:t>
            </w:r>
          </w:p>
        </w:tc>
      </w:tr>
      <w:tr>
        <w:tc>
          <w:tcPr>
            <w:tcW w:type="dxa" w:w="1440"/>
          </w:tcPr>
          <w:p>
            <w:r>
              <w:t>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2) · exp. CCS-2026-2</w:t>
            </w:r>
          </w:p>
        </w:tc>
        <w:tc>
          <w:tcPr>
            <w:tcW w:type="dxa" w:w="1440"/>
          </w:tcPr>
          <w:p>
            <w:r>
              <w:t>Comissió Central de Subministraments</w:t>
            </w:r>
          </w:p>
        </w:tc>
        <w:tc>
          <w:tcPr>
            <w:tcW w:type="dxa" w:w="1440"/>
          </w:tcPr>
          <w:p>
            <w:r>
              <w:t>0,00 €</w:t>
            </w:r>
          </w:p>
        </w:tc>
        <w:tc>
          <w:tcPr>
            <w:tcW w:type="dxa" w:w="1440"/>
          </w:tcPr>
          <w:p>
            <w:r/>
          </w:p>
        </w:tc>
        <w:tc>
          <w:tcPr>
            <w:tcW w:type="dxa" w:w="1440"/>
          </w:tcPr>
          <w:p>
            <w:r>
              <w:t>27/05/2026 – en curso</w:t>
            </w:r>
          </w:p>
        </w:tc>
        <w:tc>
          <w:tcPr>
            <w:tcW w:type="dxa" w:w="1440"/>
          </w:tcPr>
          <w:p>
            <w:r>
              <w:rPr>
                <w:highlight w:val="yellow"/>
              </w:rPr>
              <w:t>rellenar</w:t>
            </w:r>
          </w:p>
        </w:tc>
      </w:tr>
      <w:tr>
        <w:tc>
          <w:tcPr>
            <w:tcW w:type="dxa" w:w="1440"/>
          </w:tcPr>
          <w:p>
            <w:r>
              <w:t>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3) · exp. CCS-2026-2</w:t>
            </w:r>
          </w:p>
        </w:tc>
        <w:tc>
          <w:tcPr>
            <w:tcW w:type="dxa" w:w="1440"/>
          </w:tcPr>
          <w:p>
            <w:r>
              <w:t>Comissió Central de Subministraments</w:t>
            </w:r>
          </w:p>
        </w:tc>
        <w:tc>
          <w:tcPr>
            <w:tcW w:type="dxa" w:w="1440"/>
          </w:tcPr>
          <w:p>
            <w:r>
              <w:t>0,00 €</w:t>
            </w:r>
          </w:p>
        </w:tc>
        <w:tc>
          <w:tcPr>
            <w:tcW w:type="dxa" w:w="1440"/>
          </w:tcPr>
          <w:p>
            <w:r/>
          </w:p>
        </w:tc>
        <w:tc>
          <w:tcPr>
            <w:tcW w:type="dxa" w:w="1440"/>
          </w:tcPr>
          <w:p>
            <w:r>
              <w:t>27/05/2026 – en curso</w:t>
            </w:r>
          </w:p>
        </w:tc>
        <w:tc>
          <w:tcPr>
            <w:tcW w:type="dxa" w:w="1440"/>
          </w:tcPr>
          <w:p>
            <w:r>
              <w:rPr>
                <w:highlight w:val="yellow"/>
              </w:rPr>
              <w:t>rellenar</w:t>
            </w:r>
          </w:p>
        </w:tc>
      </w:tr>
      <w:tr>
        <w:tc>
          <w:tcPr>
            <w:tcW w:type="dxa" w:w="1440"/>
          </w:tcPr>
          <w:p>
            <w:r>
              <w:t>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4) · exp. CCS-2026-2</w:t>
            </w:r>
          </w:p>
        </w:tc>
        <w:tc>
          <w:tcPr>
            <w:tcW w:type="dxa" w:w="1440"/>
          </w:tcPr>
          <w:p>
            <w:r>
              <w:t>Comissió Central de Subministraments</w:t>
            </w:r>
          </w:p>
        </w:tc>
        <w:tc>
          <w:tcPr>
            <w:tcW w:type="dxa" w:w="1440"/>
          </w:tcPr>
          <w:p>
            <w:r>
              <w:t>0,00 €</w:t>
            </w:r>
          </w:p>
        </w:tc>
        <w:tc>
          <w:tcPr>
            <w:tcW w:type="dxa" w:w="1440"/>
          </w:tcPr>
          <w:p>
            <w:r/>
          </w:p>
        </w:tc>
        <w:tc>
          <w:tcPr>
            <w:tcW w:type="dxa" w:w="1440"/>
          </w:tcPr>
          <w:p>
            <w:r>
              <w:t>27/05/2026 – en curso</w:t>
            </w:r>
          </w:p>
        </w:tc>
        <w:tc>
          <w:tcPr>
            <w:tcW w:type="dxa" w:w="1440"/>
          </w:tcPr>
          <w:p>
            <w:r>
              <w:rPr>
                <w:highlight w:val="yellow"/>
              </w:rPr>
              <w:t>rellenar</w:t>
            </w:r>
          </w:p>
        </w:tc>
      </w:tr>
      <w:tr>
        <w:tc>
          <w:tcPr>
            <w:tcW w:type="dxa" w:w="1440"/>
          </w:tcPr>
          <w:p>
            <w:r>
              <w:t>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5) · exp. CCS-2026-2</w:t>
            </w:r>
          </w:p>
        </w:tc>
        <w:tc>
          <w:tcPr>
            <w:tcW w:type="dxa" w:w="1440"/>
          </w:tcPr>
          <w:p>
            <w:r>
              <w:t>Comissió Central de Subministraments</w:t>
            </w:r>
          </w:p>
        </w:tc>
        <w:tc>
          <w:tcPr>
            <w:tcW w:type="dxa" w:w="1440"/>
          </w:tcPr>
          <w:p>
            <w:r>
              <w:t>0,00 €</w:t>
            </w:r>
          </w:p>
        </w:tc>
        <w:tc>
          <w:tcPr>
            <w:tcW w:type="dxa" w:w="1440"/>
          </w:tcPr>
          <w:p>
            <w:r/>
          </w:p>
        </w:tc>
        <w:tc>
          <w:tcPr>
            <w:tcW w:type="dxa" w:w="1440"/>
          </w:tcPr>
          <w:p>
            <w:r>
              <w:t>27/05/2026 – en curso</w:t>
            </w:r>
          </w:p>
        </w:tc>
        <w:tc>
          <w:tcPr>
            <w:tcW w:type="dxa" w:w="1440"/>
          </w:tcPr>
          <w:p>
            <w:r>
              <w:rPr>
                <w:highlight w:val="yellow"/>
              </w:rPr>
              <w:t>rellenar</w:t>
            </w:r>
          </w:p>
        </w:tc>
      </w:tr>
      <w:tr>
        <w:tc>
          <w:tcPr>
            <w:tcW w:type="dxa" w:w="1440"/>
          </w:tcPr>
          <w:p>
            <w:r>
              <w:t>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6) · exp. CCS-2026-2</w:t>
            </w:r>
          </w:p>
        </w:tc>
        <w:tc>
          <w:tcPr>
            <w:tcW w:type="dxa" w:w="1440"/>
          </w:tcPr>
          <w:p>
            <w:r>
              <w:t>Comissió Central de Subministraments</w:t>
            </w:r>
          </w:p>
        </w:tc>
        <w:tc>
          <w:tcPr>
            <w:tcW w:type="dxa" w:w="1440"/>
          </w:tcPr>
          <w:p>
            <w:r>
              <w:t>0,00 €</w:t>
            </w:r>
          </w:p>
        </w:tc>
        <w:tc>
          <w:tcPr>
            <w:tcW w:type="dxa" w:w="1440"/>
          </w:tcPr>
          <w:p>
            <w:r/>
          </w:p>
        </w:tc>
        <w:tc>
          <w:tcPr>
            <w:tcW w:type="dxa" w:w="1440"/>
          </w:tcPr>
          <w:p>
            <w:r>
              <w:t>27/05/2026 – en curso</w:t>
            </w:r>
          </w:p>
        </w:tc>
        <w:tc>
          <w:tcPr>
            <w:tcW w:type="dxa" w:w="1440"/>
          </w:tcPr>
          <w:p>
            <w:r>
              <w:rPr>
                <w:highlight w:val="yellow"/>
              </w:rPr>
              <w:t>rellenar</w:t>
            </w:r>
          </w:p>
        </w:tc>
      </w:tr>
      <w:tr>
        <w:tc>
          <w:tcPr>
            <w:tcW w:type="dxa" w:w="1440"/>
          </w:tcPr>
          <w:p>
            <w:r>
              <w:t>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8) · exp. CCS-2026-2</w:t>
            </w:r>
          </w:p>
        </w:tc>
        <w:tc>
          <w:tcPr>
            <w:tcW w:type="dxa" w:w="1440"/>
          </w:tcPr>
          <w:p>
            <w:r>
              <w:t>Comissió Central de Subministraments</w:t>
            </w:r>
          </w:p>
        </w:tc>
        <w:tc>
          <w:tcPr>
            <w:tcW w:type="dxa" w:w="1440"/>
          </w:tcPr>
          <w:p>
            <w:r>
              <w:t>0,00 €</w:t>
            </w:r>
          </w:p>
        </w:tc>
        <w:tc>
          <w:tcPr>
            <w:tcW w:type="dxa" w:w="1440"/>
          </w:tcPr>
          <w:p>
            <w:r/>
          </w:p>
        </w:tc>
        <w:tc>
          <w:tcPr>
            <w:tcW w:type="dxa" w:w="1440"/>
          </w:tcPr>
          <w:p>
            <w:r>
              <w:t>27/05/2026 – en curso</w:t>
            </w:r>
          </w:p>
        </w:tc>
        <w:tc>
          <w:tcPr>
            <w:tcW w:type="dxa" w:w="1440"/>
          </w:tcPr>
          <w:p>
            <w:r>
              <w:rPr>
                <w:highlight w:val="yellow"/>
              </w:rPr>
              <w:t>rellenar</w:t>
            </w:r>
          </w:p>
        </w:tc>
      </w:tr>
      <w:tr>
        <w:tc>
          <w:tcPr>
            <w:tcW w:type="dxa" w:w="1440"/>
          </w:tcPr>
          <w:p>
            <w:r>
              <w:t>L’objecte del contracte consisteix en el servei de neteja del parc de parquímetres repartits per tota la ciutat de Barcelona per BSM. · exp. 2023CO0219ACV06</w:t>
            </w:r>
          </w:p>
        </w:tc>
        <w:tc>
          <w:tcPr>
            <w:tcW w:type="dxa" w:w="1440"/>
          </w:tcPr>
          <w:p>
            <w:r>
              <w:t>Barcelona de Serveis Municipals SA</w:t>
            </w:r>
          </w:p>
        </w:tc>
        <w:tc>
          <w:tcPr>
            <w:tcW w:type="dxa" w:w="1440"/>
          </w:tcPr>
          <w:p>
            <w:r>
              <w:t>247.015,08 €</w:t>
            </w:r>
          </w:p>
        </w:tc>
        <w:tc>
          <w:tcPr>
            <w:tcW w:type="dxa" w:w="1440"/>
          </w:tcPr>
          <w:p>
            <w:r/>
          </w:p>
        </w:tc>
        <w:tc>
          <w:tcPr>
            <w:tcW w:type="dxa" w:w="1440"/>
          </w:tcPr>
          <w:p>
            <w:r>
              <w:t>10/06/2025 – en curso</w:t>
            </w:r>
          </w:p>
        </w:tc>
        <w:tc>
          <w:tcPr>
            <w:tcW w:type="dxa" w:w="1440"/>
          </w:tcPr>
          <w:p>
            <w:r>
              <w:rPr>
                <w:highlight w:val="yellow"/>
              </w:rPr>
              <w:t>rellenar</w:t>
            </w:r>
          </w:p>
        </w:tc>
      </w:tr>
      <w:tr>
        <w:tc>
          <w:tcPr>
            <w:tcW w:type="dxa" w:w="1440"/>
          </w:tcPr>
          <w:p>
            <w:r>
              <w:t>Servei de neteja i gestió de residus de de les estacions d’autobusos de Barcelona i de la seu corporativa de Barcelona de Serveis Municipals, S.A · exp. 2023CO0219ACV05</w:t>
            </w:r>
          </w:p>
        </w:tc>
        <w:tc>
          <w:tcPr>
            <w:tcW w:type="dxa" w:w="1440"/>
          </w:tcPr>
          <w:p>
            <w:r>
              <w:t>Barcelona de Serveis Municipals SA</w:t>
            </w:r>
          </w:p>
        </w:tc>
        <w:tc>
          <w:tcPr>
            <w:tcW w:type="dxa" w:w="1440"/>
          </w:tcPr>
          <w:p>
            <w:r>
              <w:t>1.308.835,60 €</w:t>
            </w:r>
          </w:p>
        </w:tc>
        <w:tc>
          <w:tcPr>
            <w:tcW w:type="dxa" w:w="1440"/>
          </w:tcPr>
          <w:p>
            <w:r/>
          </w:p>
        </w:tc>
        <w:tc>
          <w:tcPr>
            <w:tcW w:type="dxa" w:w="1440"/>
          </w:tcPr>
          <w:p>
            <w:r>
              <w:t>05/03/2025 – en curso</w:t>
            </w:r>
          </w:p>
        </w:tc>
        <w:tc>
          <w:tcPr>
            <w:tcW w:type="dxa" w:w="1440"/>
          </w:tcPr>
          <w:p>
            <w:r>
              <w:rPr>
                <w:highlight w:val="yellow"/>
              </w:rPr>
              <w:t>rellenar</w:t>
            </w:r>
          </w:p>
        </w:tc>
      </w:tr>
      <w:tr>
        <w:tc>
          <w:tcPr>
            <w:tcW w:type="dxa" w:w="1440"/>
          </w:tcPr>
          <w:p>
            <w:r>
              <w:t>Contracte relatiu al servei de neteja i gestió de residus de diferents dependències i oficines vinculades a les unitats de nova mobilitat i cura de l’espai públic de Barcelona de Serveis Municipals S.A · exp. 2023CO0219ACV02</w:t>
            </w:r>
          </w:p>
        </w:tc>
        <w:tc>
          <w:tcPr>
            <w:tcW w:type="dxa" w:w="1440"/>
          </w:tcPr>
          <w:p>
            <w:r>
              <w:t>Barcelona de Serveis Municipals SA</w:t>
            </w:r>
          </w:p>
        </w:tc>
        <w:tc>
          <w:tcPr>
            <w:tcW w:type="dxa" w:w="1440"/>
          </w:tcPr>
          <w:p>
            <w:r>
              <w:t>2.351.751,09 €</w:t>
            </w:r>
          </w:p>
        </w:tc>
        <w:tc>
          <w:tcPr>
            <w:tcW w:type="dxa" w:w="1440"/>
          </w:tcPr>
          <w:p>
            <w:r/>
          </w:p>
        </w:tc>
        <w:tc>
          <w:tcPr>
            <w:tcW w:type="dxa" w:w="1440"/>
          </w:tcPr>
          <w:p>
            <w:r>
              <w:t>05/03/2025 – en curso</w:t>
            </w:r>
          </w:p>
        </w:tc>
        <w:tc>
          <w:tcPr>
            <w:tcW w:type="dxa" w:w="1440"/>
          </w:tcPr>
          <w:p>
            <w:r>
              <w:rPr>
                <w:highlight w:val="yellow"/>
              </w:rPr>
              <w:t>rellenar</w:t>
            </w:r>
          </w:p>
        </w:tc>
      </w:tr>
      <w:tr>
        <w:tc>
          <w:tcPr>
            <w:tcW w:type="dxa" w:w="1440"/>
          </w:tcPr>
          <w:p>
            <w:r>
              <w:t>Contracte del servei de neteja de l'Institut Giola de Llinars del Vallès · exp. 08044594/2025/01</w:t>
            </w:r>
          </w:p>
        </w:tc>
        <w:tc>
          <w:tcPr>
            <w:tcW w:type="dxa" w:w="1440"/>
          </w:tcPr>
          <w:p>
            <w:r>
              <w:t>Departament d'Educació i Formació Professional</w:t>
            </w:r>
          </w:p>
        </w:tc>
        <w:tc>
          <w:tcPr>
            <w:tcW w:type="dxa" w:w="1440"/>
          </w:tcPr>
          <w:p>
            <w:r>
              <w:t>47.526,37 €</w:t>
            </w:r>
          </w:p>
        </w:tc>
        <w:tc>
          <w:tcPr>
            <w:tcW w:type="dxa" w:w="1440"/>
          </w:tcPr>
          <w:p>
            <w:r/>
          </w:p>
        </w:tc>
        <w:tc>
          <w:tcPr>
            <w:tcW w:type="dxa" w:w="1440"/>
          </w:tcPr>
          <w:p>
            <w:r>
              <w:t>01/01/2025 – 31/12/2025</w:t>
            </w:r>
          </w:p>
        </w:tc>
        <w:tc>
          <w:tcPr>
            <w:tcW w:type="dxa" w:w="1440"/>
          </w:tcPr>
          <w:p>
            <w:r>
              <w:rPr>
                <w:highlight w:val="yellow"/>
              </w:rPr>
              <w:t>rellenar</w:t>
            </w:r>
          </w:p>
        </w:tc>
      </w:tr>
      <w:tr>
        <w:tc>
          <w:tcPr>
            <w:tcW w:type="dxa" w:w="1440"/>
          </w:tcPr>
          <w:p>
            <w:r>
              <w:t>Contracte del servei de neteja de l'Institut Turó d'en Baldiri de Teià · exp. 08061117/2024/01</w:t>
            </w:r>
          </w:p>
        </w:tc>
        <w:tc>
          <w:tcPr>
            <w:tcW w:type="dxa" w:w="1440"/>
          </w:tcPr>
          <w:p>
            <w:r>
              <w:t>Departament d'Educació</w:t>
            </w:r>
          </w:p>
        </w:tc>
        <w:tc>
          <w:tcPr>
            <w:tcW w:type="dxa" w:w="1440"/>
          </w:tcPr>
          <w:p>
            <w:r>
              <w:t>0,00 €</w:t>
            </w:r>
          </w:p>
        </w:tc>
        <w:tc>
          <w:tcPr>
            <w:tcW w:type="dxa" w:w="1440"/>
          </w:tcPr>
          <w:p>
            <w:r/>
          </w:p>
        </w:tc>
        <w:tc>
          <w:tcPr>
            <w:tcW w:type="dxa" w:w="1440"/>
          </w:tcPr>
          <w:p>
            <w:r>
              <w:t>01/02/2024 – 31/12/2024</w:t>
            </w:r>
          </w:p>
        </w:tc>
        <w:tc>
          <w:tcPr>
            <w:tcW w:type="dxa" w:w="1440"/>
          </w:tcPr>
          <w:p>
            <w:r>
              <w:rPr>
                <w:highlight w:val="yellow"/>
              </w:rPr>
              <w:t>rellenar</w:t>
            </w:r>
          </w:p>
        </w:tc>
      </w:tr>
      <w:tr>
        <w:tc>
          <w:tcPr>
            <w:tcW w:type="dxa" w:w="1440"/>
          </w:tcPr>
          <w:p>
            <w:r>
              <w:t>Contracte del servei de neteja de l'Escola Oficial d'Idiomes del Maresme a Mataró · exp. 08052931/2024/01</w:t>
            </w:r>
          </w:p>
        </w:tc>
        <w:tc>
          <w:tcPr>
            <w:tcW w:type="dxa" w:w="1440"/>
          </w:tcPr>
          <w:p>
            <w:r>
              <w:t>Departament d'Educació</w:t>
            </w:r>
          </w:p>
        </w:tc>
        <w:tc>
          <w:tcPr>
            <w:tcW w:type="dxa" w:w="1440"/>
          </w:tcPr>
          <w:p>
            <w:r>
              <w:t>0,00 €</w:t>
            </w:r>
          </w:p>
        </w:tc>
        <w:tc>
          <w:tcPr>
            <w:tcW w:type="dxa" w:w="1440"/>
          </w:tcPr>
          <w:p>
            <w:r/>
          </w:p>
        </w:tc>
        <w:tc>
          <w:tcPr>
            <w:tcW w:type="dxa" w:w="1440"/>
          </w:tcPr>
          <w:p>
            <w:r>
              <w:t>01/01/2024 – 31/12/2024</w:t>
            </w:r>
          </w:p>
        </w:tc>
        <w:tc>
          <w:tcPr>
            <w:tcW w:type="dxa" w:w="1440"/>
          </w:tcPr>
          <w:p>
            <w:r>
              <w:rPr>
                <w:highlight w:val="yellow"/>
              </w:rPr>
              <w:t>rellenar</w:t>
            </w:r>
          </w:p>
        </w:tc>
      </w:tr>
      <w:tr>
        <w:tc>
          <w:tcPr>
            <w:tcW w:type="dxa" w:w="1440"/>
          </w:tcPr>
          <w:p>
            <w:r>
              <w:t>Servei de neteja de l'institut Sant Quirze de Lloret de Mar. · exp. 17010700/3/2023</w:t>
            </w:r>
          </w:p>
        </w:tc>
        <w:tc>
          <w:tcPr>
            <w:tcW w:type="dxa" w:w="1440"/>
          </w:tcPr>
          <w:p>
            <w:r>
              <w:t>Departament d'Educació</w:t>
            </w:r>
          </w:p>
        </w:tc>
        <w:tc>
          <w:tcPr>
            <w:tcW w:type="dxa" w:w="1440"/>
          </w:tcPr>
          <w:p>
            <w:r>
              <w:t>0,00 €</w:t>
            </w:r>
          </w:p>
        </w:tc>
        <w:tc>
          <w:tcPr>
            <w:tcW w:type="dxa" w:w="1440"/>
          </w:tcPr>
          <w:p>
            <w:r/>
          </w:p>
        </w:tc>
        <w:tc>
          <w:tcPr>
            <w:tcW w:type="dxa" w:w="1440"/>
          </w:tcPr>
          <w:p>
            <w:r>
              <w:t>01/01/2024 – 31/12/2024</w:t>
            </w:r>
          </w:p>
        </w:tc>
        <w:tc>
          <w:tcPr>
            <w:tcW w:type="dxa" w:w="1440"/>
          </w:tcPr>
          <w:p>
            <w:r>
              <w:rPr>
                <w:highlight w:val="yellow"/>
              </w:rPr>
              <w:t>rellenar</w:t>
            </w:r>
          </w:p>
        </w:tc>
      </w:tr>
      <w:tr>
        <w:tc>
          <w:tcPr>
            <w:tcW w:type="dxa" w:w="1440"/>
          </w:tcPr>
          <w:p>
            <w:r>
              <w:t>Contracte del servei de neteja de l'Institut Arquitecte Manuel Raspall · exp. 08036391/2024/01</w:t>
            </w:r>
          </w:p>
        </w:tc>
        <w:tc>
          <w:tcPr>
            <w:tcW w:type="dxa" w:w="1440"/>
          </w:tcPr>
          <w:p>
            <w:r>
              <w:t>Departament d'Educació</w:t>
            </w:r>
          </w:p>
        </w:tc>
        <w:tc>
          <w:tcPr>
            <w:tcW w:type="dxa" w:w="1440"/>
          </w:tcPr>
          <w:p>
            <w:r>
              <w:t>0,00 €</w:t>
            </w:r>
          </w:p>
        </w:tc>
        <w:tc>
          <w:tcPr>
            <w:tcW w:type="dxa" w:w="1440"/>
          </w:tcPr>
          <w:p>
            <w:r/>
          </w:p>
        </w:tc>
        <w:tc>
          <w:tcPr>
            <w:tcW w:type="dxa" w:w="1440"/>
          </w:tcPr>
          <w:p>
            <w:r>
              <w:t>01/01/2024 – 31/12/2024</w:t>
            </w:r>
          </w:p>
        </w:tc>
        <w:tc>
          <w:tcPr>
            <w:tcW w:type="dxa" w:w="1440"/>
          </w:tcPr>
          <w:p>
            <w:r>
              <w:rPr>
                <w:highlight w:val="yellow"/>
              </w:rPr>
              <w:t>rellenar</w:t>
            </w:r>
          </w:p>
        </w:tc>
      </w:tr>
      <w:tr>
        <w:tc>
          <w:tcPr>
            <w:tcW w:type="dxa" w:w="1440"/>
          </w:tcPr>
          <w:p>
            <w:r>
              <w:t>Contracte del servei de neteja de l'Institut Els Roures de Dosrius · exp. 08062730/2024/01</w:t>
            </w:r>
          </w:p>
        </w:tc>
        <w:tc>
          <w:tcPr>
            <w:tcW w:type="dxa" w:w="1440"/>
          </w:tcPr>
          <w:p>
            <w:r>
              <w:t>Departament d'Educació</w:t>
            </w:r>
          </w:p>
        </w:tc>
        <w:tc>
          <w:tcPr>
            <w:tcW w:type="dxa" w:w="1440"/>
          </w:tcPr>
          <w:p>
            <w:r>
              <w:t>0,00 €</w:t>
            </w:r>
          </w:p>
        </w:tc>
        <w:tc>
          <w:tcPr>
            <w:tcW w:type="dxa" w:w="1440"/>
          </w:tcPr>
          <w:p>
            <w:r/>
          </w:p>
        </w:tc>
        <w:tc>
          <w:tcPr>
            <w:tcW w:type="dxa" w:w="1440"/>
          </w:tcPr>
          <w:p>
            <w:r>
              <w:t>01/01/2024 – 31/12/2024</w:t>
            </w:r>
          </w:p>
        </w:tc>
        <w:tc>
          <w:tcPr>
            <w:tcW w:type="dxa" w:w="1440"/>
          </w:tcPr>
          <w:p>
            <w:r>
              <w:rPr>
                <w:highlight w:val="yellow"/>
              </w:rPr>
              <w:t>rellenar</w:t>
            </w:r>
          </w:p>
        </w:tc>
      </w:tr>
      <w:tr>
        <w:tc>
          <w:tcPr>
            <w:tcW w:type="dxa" w:w="1440"/>
          </w:tcPr>
          <w:p>
            <w:r>
              <w:t>Servei de neteja de l'Institut Neus Català, de Cornellà de Llobregat. · exp. 08073031/2024/01</w:t>
            </w:r>
          </w:p>
        </w:tc>
        <w:tc>
          <w:tcPr>
            <w:tcW w:type="dxa" w:w="1440"/>
          </w:tcPr>
          <w:p>
            <w:r>
              <w:t>Departament d'Educació</w:t>
            </w:r>
          </w:p>
        </w:tc>
        <w:tc>
          <w:tcPr>
            <w:tcW w:type="dxa" w:w="1440"/>
          </w:tcPr>
          <w:p>
            <w:r>
              <w:t>0,00 €</w:t>
            </w:r>
          </w:p>
        </w:tc>
        <w:tc>
          <w:tcPr>
            <w:tcW w:type="dxa" w:w="1440"/>
          </w:tcPr>
          <w:p>
            <w:r/>
          </w:p>
        </w:tc>
        <w:tc>
          <w:tcPr>
            <w:tcW w:type="dxa" w:w="1440"/>
          </w:tcPr>
          <w:p>
            <w:r>
              <w:t>01/01/2024 – 31/12/2024</w:t>
            </w:r>
          </w:p>
        </w:tc>
        <w:tc>
          <w:tcPr>
            <w:tcW w:type="dxa" w:w="1440"/>
          </w:tcPr>
          <w:p>
            <w:r>
              <w:rPr>
                <w:highlight w:val="yellow"/>
              </w:rPr>
              <w:t>rellenar</w:t>
            </w:r>
          </w:p>
        </w:tc>
      </w:tr>
      <w:tr>
        <w:tc>
          <w:tcPr>
            <w:tcW w:type="dxa" w:w="1440"/>
          </w:tcPr>
          <w:p>
            <w:r>
              <w:t>Servei de neteja de l'Institut Miramar, de Viladecans. · exp. 08045860/2024/01</w:t>
            </w:r>
          </w:p>
        </w:tc>
        <w:tc>
          <w:tcPr>
            <w:tcW w:type="dxa" w:w="1440"/>
          </w:tcPr>
          <w:p>
            <w:r>
              <w:t>Departament d'Educació</w:t>
            </w:r>
          </w:p>
        </w:tc>
        <w:tc>
          <w:tcPr>
            <w:tcW w:type="dxa" w:w="1440"/>
          </w:tcPr>
          <w:p>
            <w:r>
              <w:t>0,00 €</w:t>
            </w:r>
          </w:p>
        </w:tc>
        <w:tc>
          <w:tcPr>
            <w:tcW w:type="dxa" w:w="1440"/>
          </w:tcPr>
          <w:p>
            <w:r/>
          </w:p>
        </w:tc>
        <w:tc>
          <w:tcPr>
            <w:tcW w:type="dxa" w:w="1440"/>
          </w:tcPr>
          <w:p>
            <w:r>
              <w:t>01/01/2024 – 31/12/2024</w:t>
            </w:r>
          </w:p>
        </w:tc>
        <w:tc>
          <w:tcPr>
            <w:tcW w:type="dxa" w:w="1440"/>
          </w:tcPr>
          <w:p>
            <w:r>
              <w:rPr>
                <w:highlight w:val="yellow"/>
              </w:rPr>
              <w:t>rellenar</w:t>
            </w:r>
          </w:p>
        </w:tc>
      </w:tr>
      <w:tr>
        <w:tc>
          <w:tcPr>
            <w:tcW w:type="dxa" w:w="1440"/>
          </w:tcPr>
          <w:p>
            <w:r>
              <w:t>Prestació del servei de neteja de les oficines i instal·lacions següents: Oficina del Consell Comarcal del Berguedà situada a C/ Barcelona, 49, 3r, 08600 Berga (Barcelona), Oficina Jove del Berguedà situada al carrer Pere III, 5, 08600 Berga, Barcelona i Oficina del Consell Comarcal del Berguedà (Àrea Social) situada al Carrer Pere III, 2, Escala: 1, Planta entresòl, porta: 1, 08600 Berga (Barcelona), totes elles gestionades pel Consell Comarcal del Berguedà. (lote 1) · exp. 2023/6041</w:t>
            </w:r>
          </w:p>
        </w:tc>
        <w:tc>
          <w:tcPr>
            <w:tcW w:type="dxa" w:w="1440"/>
          </w:tcPr>
          <w:p>
            <w:r>
              <w:t>Consell Comarcal del Berguedà</w:t>
            </w:r>
          </w:p>
        </w:tc>
        <w:tc>
          <w:tcPr>
            <w:tcW w:type="dxa" w:w="1440"/>
          </w:tcPr>
          <w:p>
            <w:r>
              <w:t>18.099,95 €</w:t>
            </w:r>
          </w:p>
        </w:tc>
        <w:tc>
          <w:tcPr>
            <w:tcW w:type="dxa" w:w="1440"/>
          </w:tcPr>
          <w:p>
            <w:r/>
          </w:p>
        </w:tc>
        <w:tc>
          <w:tcPr>
            <w:tcW w:type="dxa" w:w="1440"/>
          </w:tcPr>
          <w:p>
            <w:r>
              <w:t>30/01/2024 – 30/01/2025</w:t>
            </w:r>
          </w:p>
        </w:tc>
        <w:tc>
          <w:tcPr>
            <w:tcW w:type="dxa" w:w="1440"/>
          </w:tcPr>
          <w:p>
            <w:r>
              <w:rPr>
                <w:highlight w:val="yellow"/>
              </w:rPr>
              <w:t>rellenar</w:t>
            </w:r>
          </w:p>
        </w:tc>
      </w:tr>
      <w:tr>
        <w:tc>
          <w:tcPr>
            <w:tcW w:type="dxa" w:w="1440"/>
          </w:tcPr>
          <w:p>
            <w:r>
              <w:t>Prestació del servei de neteja de les oficines i instal·lacions següents: Oficina del Consell Comarcal del Berguedà situada a C/ Barcelona, 49, 3r, 08600 Berga (Barcelona), Oficina Jove del Berguedà situada al carrer Pere III, 5, 08600 Berga, Barcelona i Oficina del Consell Comarcal del Berguedà (Àrea Social) situada al Carrer Pere III, 2, Escala: 1, Planta entresòl, porta: 1, 08600 Berga (Barcelona), totes elles gestionades pel Consell Comarcal del Berguedà. (lote 2) · exp. 2023/6041</w:t>
            </w:r>
          </w:p>
        </w:tc>
        <w:tc>
          <w:tcPr>
            <w:tcW w:type="dxa" w:w="1440"/>
          </w:tcPr>
          <w:p>
            <w:r>
              <w:t>Consell Comarcal del Berguedà</w:t>
            </w:r>
          </w:p>
        </w:tc>
        <w:tc>
          <w:tcPr>
            <w:tcW w:type="dxa" w:w="1440"/>
          </w:tcPr>
          <w:p>
            <w:r>
              <w:t>4.516,77 €</w:t>
            </w:r>
          </w:p>
        </w:tc>
        <w:tc>
          <w:tcPr>
            <w:tcW w:type="dxa" w:w="1440"/>
          </w:tcPr>
          <w:p>
            <w:r/>
          </w:p>
        </w:tc>
        <w:tc>
          <w:tcPr>
            <w:tcW w:type="dxa" w:w="1440"/>
          </w:tcPr>
          <w:p>
            <w:r>
              <w:t>30/01/2024 – 30/01/2025</w:t>
            </w:r>
          </w:p>
        </w:tc>
        <w:tc>
          <w:tcPr>
            <w:tcW w:type="dxa" w:w="1440"/>
          </w:tcPr>
          <w:p>
            <w:r>
              <w:rPr>
                <w:highlight w:val="yellow"/>
              </w:rPr>
              <w:t>rellenar</w:t>
            </w:r>
          </w:p>
        </w:tc>
      </w:tr>
      <w:tr>
        <w:tc>
          <w:tcPr>
            <w:tcW w:type="dxa" w:w="1440"/>
          </w:tcPr>
          <w:p>
            <w:r>
              <w:t>Prestació del servei de neteja de les oficines i instal·lacions següents: Oficina del Consell Comarcal del Berguedà situada a C/ Barcelona, 49, 3r, 08600 Berga (Barcelona), Oficina Jove del Berguedà situada al carrer Pere III, 5, 08600 Berga, Barcelona i Oficina del Consell Comarcal del Berguedà (Àrea Social) situada al Carrer Pere III, 2, Escala: 1, Planta entresòl, porta: 1, 08600 Berga (Barcelona), totes elles gestionades pel Consell Comarcal del Berguedà. (lote 3) · exp. 2023/6041</w:t>
            </w:r>
          </w:p>
        </w:tc>
        <w:tc>
          <w:tcPr>
            <w:tcW w:type="dxa" w:w="1440"/>
          </w:tcPr>
          <w:p>
            <w:r>
              <w:t>Consell Comarcal del Berguedà</w:t>
            </w:r>
          </w:p>
        </w:tc>
        <w:tc>
          <w:tcPr>
            <w:tcW w:type="dxa" w:w="1440"/>
          </w:tcPr>
          <w:p>
            <w:r>
              <w:t>9.950,64 €</w:t>
            </w:r>
          </w:p>
        </w:tc>
        <w:tc>
          <w:tcPr>
            <w:tcW w:type="dxa" w:w="1440"/>
          </w:tcPr>
          <w:p>
            <w:r/>
          </w:p>
        </w:tc>
        <w:tc>
          <w:tcPr>
            <w:tcW w:type="dxa" w:w="1440"/>
          </w:tcPr>
          <w:p>
            <w:r>
              <w:t>30/01/2024 – 30/01/2025</w:t>
            </w:r>
          </w:p>
        </w:tc>
        <w:tc>
          <w:tcPr>
            <w:tcW w:type="dxa" w:w="1440"/>
          </w:tcPr>
          <w:p>
            <w:r>
              <w:rPr>
                <w:highlight w:val="yellow"/>
              </w:rPr>
              <w:t>rellenar</w:t>
            </w:r>
          </w:p>
        </w:tc>
      </w:tr>
      <w:tr>
        <w:tc>
          <w:tcPr>
            <w:tcW w:type="dxa" w:w="1440"/>
          </w:tcPr>
          <w:p>
            <w:r>
              <w:t>Servei de neteja Institut Castellarnau, de Sabadell · exp. 08024893_24_01</w:t>
            </w:r>
          </w:p>
        </w:tc>
        <w:tc>
          <w:tcPr>
            <w:tcW w:type="dxa" w:w="1440"/>
          </w:tcPr>
          <w:p>
            <w:r>
              <w:t>Departament d'Educació</w:t>
            </w:r>
          </w:p>
        </w:tc>
        <w:tc>
          <w:tcPr>
            <w:tcW w:type="dxa" w:w="1440"/>
          </w:tcPr>
          <w:p>
            <w:r>
              <w:t>0,00 €</w:t>
            </w:r>
          </w:p>
        </w:tc>
        <w:tc>
          <w:tcPr>
            <w:tcW w:type="dxa" w:w="1440"/>
          </w:tcPr>
          <w:p>
            <w:r/>
          </w:p>
        </w:tc>
        <w:tc>
          <w:tcPr>
            <w:tcW w:type="dxa" w:w="1440"/>
          </w:tcPr>
          <w:p>
            <w:r>
              <w:t>01/01/2024 – 31/12/2024</w:t>
            </w:r>
          </w:p>
        </w:tc>
        <w:tc>
          <w:tcPr>
            <w:tcW w:type="dxa" w:w="1440"/>
          </w:tcPr>
          <w:p>
            <w:r>
              <w:rPr>
                <w:highlight w:val="yellow"/>
              </w:rPr>
              <w:t>rellenar</w:t>
            </w:r>
          </w:p>
        </w:tc>
      </w:tr>
      <w:tr>
        <w:tc>
          <w:tcPr>
            <w:tcW w:type="dxa" w:w="1440"/>
          </w:tcPr>
          <w:p>
            <w:r>
              <w:t>L’objecte del present Acord Marc són els serveis de neteja i gestió de residus de les dependències, instal·lacions i zones vinculades a BSM i CBSA, mitjançant personal de neteja, aportació de maquinària i reposició dels materials necessaris per a la prestació del mateix. · exp. 2023CO0219AC</w:t>
            </w:r>
          </w:p>
        </w:tc>
        <w:tc>
          <w:tcPr>
            <w:tcW w:type="dxa" w:w="1440"/>
          </w:tcPr>
          <w:p>
            <w:r>
              <w:t>Barcelona de Serveis Municipals SA</w:t>
            </w:r>
          </w:p>
        </w:tc>
        <w:tc>
          <w:tcPr>
            <w:tcW w:type="dxa" w:w="1440"/>
          </w:tcPr>
          <w:p>
            <w:r>
              <w:t>11.638.115,93 €</w:t>
            </w:r>
          </w:p>
        </w:tc>
        <w:tc>
          <w:tcPr>
            <w:tcW w:type="dxa" w:w="1440"/>
          </w:tcPr>
          <w:p>
            <w:r/>
          </w:p>
        </w:tc>
        <w:tc>
          <w:tcPr>
            <w:tcW w:type="dxa" w:w="1440"/>
          </w:tcPr>
          <w:p>
            <w:r>
              <w:t>28/02/2024 – 28/02/2026</w:t>
            </w:r>
          </w:p>
        </w:tc>
        <w:tc>
          <w:tcPr>
            <w:tcW w:type="dxa" w:w="1440"/>
          </w:tcPr>
          <w:p>
            <w:r>
              <w:rPr>
                <w:highlight w:val="yellow"/>
              </w:rPr>
              <w:t>rellenar</w:t>
            </w:r>
          </w:p>
        </w:tc>
      </w:tr>
      <w:tr>
        <w:tc>
          <w:tcPr>
            <w:tcW w:type="dxa" w:w="1440"/>
          </w:tcPr>
          <w:p>
            <w:r>
              <w:t>Contracte de serveis de neteja de diverses dependències municipals (desglossades per lots als plecs) subjectes a regulació harmonitzada per procediment obert. L'Ajuntament no disposa de medis humans suficients per efectuar aquesta actuació i per tant, es necessaria la contractació d'un servei extern (lote 2) · exp. 1174/2023</w:t>
            </w:r>
          </w:p>
        </w:tc>
        <w:tc>
          <w:tcPr>
            <w:tcW w:type="dxa" w:w="1440"/>
          </w:tcPr>
          <w:p>
            <w:r>
              <w:t>Ajuntament de la Torre de Claramunt</w:t>
            </w:r>
          </w:p>
        </w:tc>
        <w:tc>
          <w:tcPr>
            <w:tcW w:type="dxa" w:w="1440"/>
          </w:tcPr>
          <w:p>
            <w:r>
              <w:t>0,00 €</w:t>
            </w:r>
          </w:p>
        </w:tc>
        <w:tc>
          <w:tcPr>
            <w:tcW w:type="dxa" w:w="1440"/>
          </w:tcPr>
          <w:p>
            <w:r/>
          </w:p>
        </w:tc>
        <w:tc>
          <w:tcPr>
            <w:tcW w:type="dxa" w:w="1440"/>
          </w:tcPr>
          <w:p>
            <w:r>
              <w:t>01/10/2023 – 30/09/2025</w:t>
            </w:r>
          </w:p>
        </w:tc>
        <w:tc>
          <w:tcPr>
            <w:tcW w:type="dxa" w:w="1440"/>
          </w:tcPr>
          <w:p>
            <w:r>
              <w:rPr>
                <w:highlight w:val="yellow"/>
              </w:rPr>
              <w:t>rellenar</w:t>
            </w:r>
          </w:p>
        </w:tc>
      </w:tr>
      <w:tr>
        <w:tc>
          <w:tcPr>
            <w:tcW w:type="dxa" w:w="1440"/>
          </w:tcPr>
          <w:p>
            <w:r>
              <w:t>Acord marc per a la selecció d'empreses per a la prestació dels serveis de neteja, respectuosos amb el medi ambient i socialment responsables, de la Diputació de Barcelona i del seu sector públic (lote 1) · exp. 2022/006760</w:t>
            </w:r>
          </w:p>
        </w:tc>
        <w:tc>
          <w:tcPr>
            <w:tcW w:type="dxa" w:w="1440"/>
          </w:tcPr>
          <w:p>
            <w:r>
              <w:t>Diputació de Barcelona</w:t>
            </w:r>
          </w:p>
        </w:tc>
        <w:tc>
          <w:tcPr>
            <w:tcW w:type="dxa" w:w="1440"/>
          </w:tcPr>
          <w:p>
            <w:r>
              <w:t>0,00 €</w:t>
            </w:r>
          </w:p>
        </w:tc>
        <w:tc>
          <w:tcPr>
            <w:tcW w:type="dxa" w:w="1440"/>
          </w:tcPr>
          <w:p>
            <w:r/>
          </w:p>
        </w:tc>
        <w:tc>
          <w:tcPr>
            <w:tcW w:type="dxa" w:w="1440"/>
          </w:tcPr>
          <w:p>
            <w:r>
              <w:t>21/12/2023 – 21/12/2025</w:t>
            </w:r>
          </w:p>
        </w:tc>
        <w:tc>
          <w:tcPr>
            <w:tcW w:type="dxa" w:w="1440"/>
          </w:tcPr>
          <w:p>
            <w:r>
              <w:rPr>
                <w:highlight w:val="yellow"/>
              </w:rPr>
              <w:t>rellenar</w:t>
            </w:r>
          </w:p>
        </w:tc>
      </w:tr>
      <w:tr>
        <w:tc>
          <w:tcPr>
            <w:tcW w:type="dxa" w:w="1440"/>
          </w:tcPr>
          <w:p>
            <w:r>
              <w:t>Acord marc per a la selecció d'empreses per a la prestació dels serveis de neteja, respectuosos amb el medi ambient i socialment responsables, de la Diputació de Barcelona i del seu sector públic (lote 2) · exp. 2022/006760</w:t>
            </w:r>
          </w:p>
        </w:tc>
        <w:tc>
          <w:tcPr>
            <w:tcW w:type="dxa" w:w="1440"/>
          </w:tcPr>
          <w:p>
            <w:r>
              <w:t>Diputació de Barcelona</w:t>
            </w:r>
          </w:p>
        </w:tc>
        <w:tc>
          <w:tcPr>
            <w:tcW w:type="dxa" w:w="1440"/>
          </w:tcPr>
          <w:p>
            <w:r>
              <w:t>0,00 €</w:t>
            </w:r>
          </w:p>
        </w:tc>
        <w:tc>
          <w:tcPr>
            <w:tcW w:type="dxa" w:w="1440"/>
          </w:tcPr>
          <w:p>
            <w:r/>
          </w:p>
        </w:tc>
        <w:tc>
          <w:tcPr>
            <w:tcW w:type="dxa" w:w="1440"/>
          </w:tcPr>
          <w:p>
            <w:r>
              <w:t>21/12/2023 – 21/12/2025</w:t>
            </w:r>
          </w:p>
        </w:tc>
        <w:tc>
          <w:tcPr>
            <w:tcW w:type="dxa" w:w="1440"/>
          </w:tcPr>
          <w:p>
            <w:r>
              <w:rPr>
                <w:highlight w:val="yellow"/>
              </w:rPr>
              <w:t>rellenar</w:t>
            </w:r>
          </w:p>
        </w:tc>
      </w:tr>
    </w:tbl>
    <w:p/>
    <w:p>
      <w:r>
        <w:rPr>
          <w:b/>
        </w:rPr>
        <w:t>Importe adjudicado en el periodo: 34.308.620,49 € sin IVA, en 40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Aena. Dirección del Aeropuerto de Vigo (NIF A86212420)</w:t>
      </w:r>
    </w:p>
    <w:p>
      <w:r>
        <w:t xml:space="preserve">SERVICIOS INDUSTRIALES REUNIDOS, SAU, con NIF A08259541, adjudicataria del contrato «Limpieza Avioneta Rotonda», expediente VGO-71/2026, adjudicado el 09/09/2026 por 1.696,00 €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10/09/2026 a 17/09/2026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Es Mercadal (NIF P0703700E)</w:t>
      </w:r>
    </w:p>
    <w:p>
      <w:r>
        <w:t xml:space="preserve">SERVICIOS INDUSTRIALES REUNIDOS, SAU, con NIF A08259541, adjudicataria del contrato «La prestación del servicio de limpieza de diversos edificios de uso municipal conforme se establece en el Pliego de Prescripciones técnicas.», expediente E53/65/2025, adjudicado el 24/02/2026 por 271.918,44 €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24/03/2026 a 24/03/2030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Consejo de Administración de Mercados Centrales de Abastecimiento de Madrid S.A. (MERCAMADRID S.A.) (NIF A28327393)</w:t>
      </w:r>
    </w:p>
    <w:p>
      <w:r>
        <w:t xml:space="preserve">SERVICIOS INDUSTRIALES REUNIDOS, SAU, con NIF A08259541, adjudicataria del contrato «La prestación de los servicios previstos para cada lote según el apartado A) del anexo I del PCP conforme al Pliego de Prescripciones Técncias», lote 3, expediente PC-MER/2025/00020-ORD, adjudicado el 02/12/2025 por 1.329.374,41 €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02/01/2026 a 02/01/2031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Puertos de las Illes Balears (NIF Q0700499G)</w:t>
      </w:r>
    </w:p>
    <w:p>
      <w:r>
        <w:t xml:space="preserve">SERVICIOS INDUSTRIALES REUNIDOS, SAU, con NIF A08259541, adjudicataria del contrato «Servicio de limpieza de las instalaciones y dominio público de los puertos de gestión directa de Ports de les Illes Balears en la isla de Mallorca», expediente 2826/2024 PA, adjudicado el 06/09/2024 por 1.770.618,83 €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06/10/2024 a 06/10/2026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ADIF -Consejo de Administración (NIF Q2801660H)</w:t>
      </w:r>
    </w:p>
    <w:p>
      <w:r>
        <w:t xml:space="preserve">SERVICIOS INDUSTRIALES REUNIDOS, SAU, con NIF A08259541, adjudicataria del contrato «Servicio de limpiezas de dependencias en Red Convencional. 28 lotes», lote 006, expediente 2.23/28520.0008, adjudicado el 01/02/2024 por 104.339,35 €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01/03/2024 a 01/03/2025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ADIF -Consejo de Administración (NIF Q2801660H)</w:t>
      </w:r>
    </w:p>
    <w:p>
      <w:r>
        <w:t xml:space="preserve">SERVICIOS INDUSTRIALES REUNIDOS, SAU, con NIF A08259541, adjudicataria del contrato «Servicio de limpiezas de dependencias en Red Convencional. 28 lotes», lote 007, expediente 2.23/28520.0008, adjudicado el 01/02/2024 por 238.026,95 €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01/03/2024 a 01/03/2025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Arroyomolinos (NIF P2801500F)</w:t>
      </w:r>
    </w:p>
    <w:p>
      <w:r>
        <w:t xml:space="preserve">SERVICIOS INDUSTRIALES REUNIDOS, SAU, con NIF A08259541, adjudicataria del contrato «Servicio de limpieza de distintas dependencias (2 Lotes)», lote 1, expediente 58/19., adjudicado el 23/03/2022 por 1.576.690,91 €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23/05/2022 a 23/05/2024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Aena. Consejo de Administración (NIF A86212420)</w:t>
      </w:r>
    </w:p>
    <w:p>
      <w:r>
        <w:t xml:space="preserve">SERVICIOS INDUSTRIALES REUNIDOS, SAU, con NIF A08259541, adjudicataria del contrato «Servicio De Limpieza Y Desinfección Frente Al Covid-19 Y Gestión De Carros Portaequipajes En Los Aeropuertos De Pmi, Agp, Alc, Lei Y Xry», lote 1, expediente DEA-359/2021, adjudicado el 28/10/2021 por 11.956.230,23 €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26/11/2021 a 26/11/2023</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Consejo de Administración de Mercados Centrales de Abastecimiento de Madrid S.A. (MERCAMADRID S.A.) (NIF A28327393)</w:t>
      </w:r>
    </w:p>
    <w:p>
      <w:r>
        <w:t>SERVICIOS INDUSTRIALES REUNIDOS, SAU, con NIF A08259541, adjudicataria del contrato «La prestación de servicios integrales de limpieza y gestión integral de residuos en la Unidad Alimentaria Mercamadrid y en la Ampliación de Mercamadrid, de conformidad con las especificaciones establecidas para el Lote nº 1 en el presente Pliego de Prescripciones Técnicas.</w:t>
        <w:br/>
        <w:br/>
        <w:br/>
        <w:br/>
        <w:t xml:space="preserve">La prestación de servic», lote 3, expediente PC-MER-2020-00020-ORD, adjudicado el 04/11/2020 por 526.996,21 €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08/01/2021 a 07/01/2025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 Corporació Sanitària Parc Taulí de Sabadell</w:t>
      </w:r>
    </w:p>
    <w:p>
      <w:r>
        <w:t xml:space="preserve">SERVICIOS INDUSTRIALES REUNIDOS, SAU, con NIF A08259541, adjudicataria del contrato «Servei de neteja de superfícies, vidres, abrillantat i polit de terres dels edificis del CCSPT», lote 1, expediente 26SER0011P, adjudicado el …… por 524.859,71 €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25/09/2026 a 25/11/2030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Ports de la Generalitat</w:t>
      </w:r>
    </w:p>
    <w:p>
      <w:r>
        <w:t xml:space="preserve">SERVICIOS INDUSTRIALES REUNIDOS, SAU, con NIF A08259541, adjudicataria del contrato «Servei de neteja d'oficines, edificis annexos i d'altres espais dels ports de gestió directa de Ports de la Generalitat», lote 1, expediente PORTS-2026-5, adjudicado el …… por 58.641,24 €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16/03/2026 a 31/12/2029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Ports de la Generalitat</w:t>
      </w:r>
    </w:p>
    <w:p>
      <w:r>
        <w:t xml:space="preserve">SERVICIOS INDUSTRIALES REUNIDOS, SAU, con NIF A08259541, adjudicataria del contrato «Servei de neteja d'oficines, edificis annexos i d'altres espais dels ports de gestió directa de Ports de la Generalitat», lote 3, expediente PORTS-2026-5, adjudicado el …… por 18.430,45 €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14/04/2026 a 31/12/2029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Ports de la Generalitat</w:t>
      </w:r>
    </w:p>
    <w:p>
      <w:r>
        <w:t xml:space="preserve">SERVICIOS INDUSTRIALES REUNIDOS, SAU, con NIF A08259541, adjudicataria del contrato «Servei de neteja d'oficines, edificis annexos i d'altres espais dels ports de gestió directa de Ports de la Generalitat», lote 4, expediente PORTS-2026-5, adjudicado el …… por 43.602,45 €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14/04/2026 a 31/12/2029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Ports de la Generalitat</w:t>
      </w:r>
    </w:p>
    <w:p>
      <w:r>
        <w:t xml:space="preserve">SERVICIOS INDUSTRIALES REUNIDOS, SAU, con NIF A08259541, adjudicataria del contrato «Servei de neteja viària, de les oficines i altres dependències i equipaments del port de Blanes (La Selva)», expediente PORTS-2026-2, adjudicado el …… por 261.383,88 €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18/03/2026 a 18/01/2030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Comissió Central de Subministraments</w:t>
      </w:r>
    </w:p>
    <w:p>
      <w:r>
        <w:t xml:space="preserve">SERVICIOS INDUSTRIALES REUNIDOS, SAU, con NIF A08259541, adjudicataria del contrato «Servicios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1, expediente CCS-2026-2,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27/05/2026 a 27/05/2028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Comissió Central de Subministraments</w:t>
      </w:r>
    </w:p>
    <w:p>
      <w:r>
        <w:t xml:space="preserve">SERVICIOS INDUSTRIALES REUNIDOS, SAU, con NIF A08259541, adjudicataria del contrato «Servicios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2, expediente CCS-2026-2,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27/05/2026 a 27/05/2028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Comissió Central de Subministraments</w:t>
      </w:r>
    </w:p>
    <w:p>
      <w:r>
        <w:t xml:space="preserve">SERVICIOS INDUSTRIALES REUNIDOS, SAU, con NIF A08259541, adjudicataria del contrato «Servicios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3, expediente CCS-2026-2,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27/05/2026 a 27/05/2028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Comissió Central de Subministraments</w:t>
      </w:r>
    </w:p>
    <w:p>
      <w:r>
        <w:t xml:space="preserve">SERVICIOS INDUSTRIALES REUNIDOS, SAU, con NIF A08259541, adjudicataria del contrato «Servicios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4, expediente CCS-2026-2,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27/05/2026 a 27/05/2028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Comissió Central de Subministraments</w:t>
      </w:r>
    </w:p>
    <w:p>
      <w:r>
        <w:t xml:space="preserve">SERVICIOS INDUSTRIALES REUNIDOS, SAU, con NIF A08259541, adjudicataria del contrato «Servicios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5, expediente CCS-2026-2,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27/05/2026 a 27/05/2028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Comissió Central de Subministraments</w:t>
      </w:r>
    </w:p>
    <w:p>
      <w:r>
        <w:t xml:space="preserve">SERVICIOS INDUSTRIALES REUNIDOS, SAU, con NIF A08259541, adjudicataria del contrato «Servicios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6, expediente CCS-2026-2,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27/05/2026 a 27/05/2028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Comissió Central de Subministraments</w:t>
      </w:r>
    </w:p>
    <w:p>
      <w:r>
        <w:t xml:space="preserve">SERVICIOS INDUSTRIALES REUNIDOS, SAU, con NIF A08259541, adjudicataria del contrato «Servicios de limpieza respetuosos con el medio ambiente en los edificios, locales y dependencias administrativas de las entidades destinatarias, así como en los centros penitenciarios y centros educativos de justicia juvenil del Departamento de Justicia y Calidad Democrática de la Generalitat de Catalunya,», lote 8, expediente CCS-2026-2,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27/05/2026 a 27/05/2028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Barcelona de Serveis Municipals SA</w:t>
      </w:r>
    </w:p>
    <w:p>
      <w:r>
        <w:t xml:space="preserve">SERVICIOS INDUSTRIALES REUNIDOS, SAU, con NIF A08259541, adjudicataria del contrato «L’objecte del contracte consisteix en el servei de neteja del parc de parquímetres repartits per tota la ciutat de Barcelona per BSM.», expediente 2023CO0219ACV06, adjudicado el …… por 247.015,08 €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10/06/2025 a 10/06/2027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Barcelona de Serveis Municipals SA</w:t>
      </w:r>
    </w:p>
    <w:p>
      <w:r>
        <w:t xml:space="preserve">SERVICIOS INDUSTRIALES REUNIDOS, SAU, con NIF A08259541, adjudicataria del contrato «Servei de neteja i gestió de residus de de les estacions d’autobusos de Barcelona i de la seu corporativa de Barcelona de Serveis Municipals, S.A», expediente 2023CO0219ACV05, adjudicado el …… por 1.308.835,60 €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05/03/2025 a 05/03/2027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Barcelona de Serveis Municipals SA</w:t>
      </w:r>
    </w:p>
    <w:p>
      <w:r>
        <w:t xml:space="preserve">SERVICIOS INDUSTRIALES REUNIDOS, SAU, con NIF A08259541, adjudicataria del contrato «Contracte relatiu al servei de neteja i gestió de residus de diferents dependències i oficines vinculades a les unitats de nova mobilitat i cura de l’espai públic de Barcelona de Serveis Municipals S.A», expediente 2023CO0219ACV02, adjudicado el …… por 2.351.751,09 €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05/03/2025 a 05/03/2027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d'Educació i Formació Professional</w:t>
      </w:r>
    </w:p>
    <w:p>
      <w:r>
        <w:t xml:space="preserve">SERVICIOS INDUSTRIALES REUNIDOS, SAU, con NIF A08259541, adjudicataria del contrato «Contracte del servei de neteja de l'Institut Giola de Llinars del Vallès», expediente 08044594/2025/01, adjudicado el …… por 47.526,37 €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01/01/2025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d'Educació</w:t>
      </w:r>
    </w:p>
    <w:p>
      <w:r>
        <w:t xml:space="preserve">SERVICIOS INDUSTRIALES REUNIDOS, SAU, con NIF A08259541, adjudicataria del contrato «Contracte del servei de neteja de l'Institut Turó d'en Baldiri de Teià», expediente 08061117/2024/01,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01/02/2024 a 31/12/2024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d'Educació</w:t>
      </w:r>
    </w:p>
    <w:p>
      <w:r>
        <w:t xml:space="preserve">SERVICIOS INDUSTRIALES REUNIDOS, SAU, con NIF A08259541, adjudicataria del contrato «Contracte del servei de neteja de l'Escola Oficial d'Idiomes del Maresme a Mataró», expediente 08052931/2024/01,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01/01/2024 a 31/12/2024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d'Educació</w:t>
      </w:r>
    </w:p>
    <w:p>
      <w:r>
        <w:t xml:space="preserve">SERVICIOS INDUSTRIALES REUNIDOS, SAU, con NIF A08259541, adjudicataria del contrato «Servei de neteja de l'institut Sant Quirze de Lloret de Mar.», expediente 17010700/3/2023,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01/01/2024 a 31/12/2024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d'Educació</w:t>
      </w:r>
    </w:p>
    <w:p>
      <w:r>
        <w:t xml:space="preserve">SERVICIOS INDUSTRIALES REUNIDOS, SAU, con NIF A08259541, adjudicataria del contrato «Contracte del servei de neteja de l'Institut Arquitecte Manuel Raspall», expediente 08036391/2024/01,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01/01/2024 a 31/12/2024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d'Educació</w:t>
      </w:r>
    </w:p>
    <w:p>
      <w:r>
        <w:t xml:space="preserve">SERVICIOS INDUSTRIALES REUNIDOS, SAU, con NIF A08259541, adjudicataria del contrato «Contracte del servei de neteja de l'Institut Els Roures de Dosrius», expediente 08062730/2024/01,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01/01/2024 a 31/12/2024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d'Educació</w:t>
      </w:r>
    </w:p>
    <w:p>
      <w:r>
        <w:t xml:space="preserve">SERVICIOS INDUSTRIALES REUNIDOS, SAU, con NIF A08259541, adjudicataria del contrato «Servei de neteja de l'Institut Neus Català, de Cornellà de Llobregat.», expediente 08073031/2024/01,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01/01/2024 a 31/12/2024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d'Educació</w:t>
      </w:r>
    </w:p>
    <w:p>
      <w:r>
        <w:t xml:space="preserve">SERVICIOS INDUSTRIALES REUNIDOS, SAU, con NIF A08259541, adjudicataria del contrato «Servei de neteja de l'Institut Miramar, de Viladecans.», expediente 08045860/2024/01,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01/01/2024 a 31/12/2024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Consell Comarcal del Berguedà</w:t>
      </w:r>
    </w:p>
    <w:p>
      <w:r>
        <w:t xml:space="preserve">SERVICIOS INDUSTRIALES REUNIDOS, SAU, con NIF A08259541, adjudicataria del contrato «Prestació del servei de neteja de les oficines i instal·lacions següents: Oficina del Consell Comarcal del Berguedà situada a C/ Barcelona, 49, 3r, 08600 Berga (Barcelona), Oficina Jove del Berguedà situada al carrer Pere III, 5, 08600 Berga, Barcelona i Oficina del Consell Comarcal del Berguedà (Àrea Social) situada al Carrer Pere III, 2, Escala: 1, Planta entresòl, porta: 1, 08600 Berga (Barcelona), totes elles gestionades pel Consell Comarcal del Berguedà.», lote 1, expediente 2023/6041, adjudicado el …… por 18.099,95 €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30/01/2024 a 30/01/2025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Consell Comarcal del Berguedà</w:t>
      </w:r>
    </w:p>
    <w:p>
      <w:r>
        <w:t xml:space="preserve">SERVICIOS INDUSTRIALES REUNIDOS, SAU, con NIF A08259541, adjudicataria del contrato «Prestació del servei de neteja de les oficines i instal·lacions següents: Oficina del Consell Comarcal del Berguedà situada a C/ Barcelona, 49, 3r, 08600 Berga (Barcelona), Oficina Jove del Berguedà situada al carrer Pere III, 5, 08600 Berga, Barcelona i Oficina del Consell Comarcal del Berguedà (Àrea Social) situada al Carrer Pere III, 2, Escala: 1, Planta entresòl, porta: 1, 08600 Berga (Barcelona), totes elles gestionades pel Consell Comarcal del Berguedà.», lote 2, expediente 2023/6041, adjudicado el …… por 4.516,77 €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30/01/2024 a 30/01/2025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Consell Comarcal del Berguedà</w:t>
      </w:r>
    </w:p>
    <w:p>
      <w:r>
        <w:t xml:space="preserve">SERVICIOS INDUSTRIALES REUNIDOS, SAU, con NIF A08259541, adjudicataria del contrato «Prestació del servei de neteja de les oficines i instal·lacions següents: Oficina del Consell Comarcal del Berguedà situada a C/ Barcelona, 49, 3r, 08600 Berga (Barcelona), Oficina Jove del Berguedà situada al carrer Pere III, 5, 08600 Berga, Barcelona i Oficina del Consell Comarcal del Berguedà (Àrea Social) situada al Carrer Pere III, 2, Escala: 1, Planta entresòl, porta: 1, 08600 Berga (Barcelona), totes elles gestionades pel Consell Comarcal del Berguedà.», lote 3, expediente 2023/6041, adjudicado el …… por 9.950,64 €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30/01/2024 a 30/01/2025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d'Educació</w:t>
      </w:r>
    </w:p>
    <w:p>
      <w:r>
        <w:t xml:space="preserve">SERVICIOS INDUSTRIALES REUNIDOS, SAU, con NIF A08259541, adjudicataria del contrato «Servei de neteja Institut Castellarnau, de Sabadell», expediente 08024893_24_01,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01/01/2024 a 31/12/2024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Barcelona de Serveis Municipals SA</w:t>
      </w:r>
    </w:p>
    <w:p>
      <w:r>
        <w:t xml:space="preserve">SERVICIOS INDUSTRIALES REUNIDOS, SAU, con NIF A08259541, adjudicataria del contrato «L’objecte del present Acord Marc són els serveis de neteja i gestió de residus de les dependències, instal·lacions i zones vinculades a BSM i CBSA, mitjançant personal de neteja, aportació de maquinària i reposició dels materials necessaris per a la prestació del mateix.», expediente 2023CO0219AC, adjudicado el …… por 11.638.115,93 €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28/02/2024 a 28/02/2026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la Torre de Claramunt</w:t>
      </w:r>
    </w:p>
    <w:p>
      <w:r>
        <w:t xml:space="preserve">SERVICIOS INDUSTRIALES REUNIDOS, SAU, con NIF A08259541, adjudicataria del contrato «Contracte de serveis de neteja de diverses dependències municipals (desglossades per lots als plecs) subjectes a regulació harmonitzada per procediment obert. L'Ajuntament no disposa de medis humans suficients per efectuar aquesta actuació i per tant, es necessaria la contractació d'un servei extern», lote 2, expediente 1174/2023,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01/10/2023 a 30/09/2025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 de Barcelona</w:t>
      </w:r>
    </w:p>
    <w:p>
      <w:r>
        <w:t xml:space="preserve">SERVICIOS INDUSTRIALES REUNIDOS, SAU, con NIF A08259541, adjudicataria del contrato «Acord marc per a la selecció d'empreses per a la prestació dels serveis de neteja, respectuosos amb el medi ambient i socialment responsables, de la Diputació de Barcelona i del seu sector públic», lote 1, expediente 2022/006760,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21/12/2023 a 21/12/2025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 de Barcelona</w:t>
      </w:r>
    </w:p>
    <w:p>
      <w:r>
        <w:t xml:space="preserve">SERVICIOS INDUSTRIALES REUNIDOS, SAU, con NIF A08259541, adjudicataria del contrato «Acord marc per a la selecció d'empreses per a la prestació dels serveis de neteja, respectuosos amb el medi ambient i socialment responsables, de la Diputació de Barcelona i del seu sector públic», lote 2, expediente 2022/006760,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21/12/2023 a 21/12/2025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