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SERVICIOS DE INCINERACION ANTOMAR S.L.</w:t>
      </w:r>
    </w:p>
    <w:p>
      <w:r>
        <w:t>NIF B54108725. Contratos públicos adjudicados en los cinco últimos años (obras), del 05/11/2021 al 05/11/2026,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