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SERVICIOS DE INCINERACION ANTOMAR S.L.</w:t>
      </w:r>
    </w:p>
    <w:p>
      <w:r>
        <w:t>NIF B54108725. Contratos públicos adjudicados en los tres últimos años (servicios), del 05/11/2023 al 05/11/2026,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Prorroga servicio de retirada de subproductos de animales recogidos en el albergue municipal de animales domésticos de Caudete (Albacete). · exp. 1374622Y Prorroga servicio retirada sub. animales</w:t>
            </w:r>
          </w:p>
        </w:tc>
        <w:tc>
          <w:tcPr>
            <w:tcW w:type="dxa" w:w="1440"/>
          </w:tcPr>
          <w:p>
            <w:r>
              <w:t>Ayuntamiento de Caudete · NIF P0202500E</w:t>
            </w:r>
          </w:p>
        </w:tc>
        <w:tc>
          <w:tcPr>
            <w:tcW w:type="dxa" w:w="1440"/>
          </w:tcPr>
          <w:p>
            <w:r>
              <w:t>3.630,00 €</w:t>
            </w:r>
          </w:p>
        </w:tc>
        <w:tc>
          <w:tcPr>
            <w:tcW w:type="dxa" w:w="1440"/>
          </w:tcPr>
          <w:p>
            <w:r>
              <w:t>04/11/2026</w:t>
            </w:r>
          </w:p>
        </w:tc>
        <w:tc>
          <w:tcPr>
            <w:tcW w:type="dxa" w:w="1440"/>
          </w:tcPr>
          <w:p>
            <w:r>
              <w:t>24/12/2026 – en curso</w:t>
            </w:r>
          </w:p>
        </w:tc>
        <w:tc>
          <w:tcPr>
            <w:tcW w:type="dxa" w:w="1440"/>
          </w:tcPr>
          <w:p>
            <w:r>
              <w:rPr>
                <w:highlight w:val="yellow"/>
              </w:rPr>
              <w:t>rellenar</w:t>
            </w:r>
          </w:p>
        </w:tc>
      </w:tr>
      <w:tr>
        <w:tc>
          <w:tcPr>
            <w:tcW w:type="dxa" w:w="1440"/>
          </w:tcPr>
          <w:p>
            <w:r>
              <w:t>Retirada de cadáveres de animales de la vía pública del T.M. de Orihuela y del Centro de Protección Animal. · exp. 10347/2024</w:t>
            </w:r>
          </w:p>
        </w:tc>
        <w:tc>
          <w:tcPr>
            <w:tcW w:type="dxa" w:w="1440"/>
          </w:tcPr>
          <w:p>
            <w:r>
              <w:t>Ayuntamiento de Orihuela · NIF P0309900I</w:t>
            </w:r>
          </w:p>
        </w:tc>
        <w:tc>
          <w:tcPr>
            <w:tcW w:type="dxa" w:w="1440"/>
          </w:tcPr>
          <w:p>
            <w:r>
              <w:t>34.500,00 €</w:t>
            </w:r>
          </w:p>
        </w:tc>
        <w:tc>
          <w:tcPr>
            <w:tcW w:type="dxa" w:w="1440"/>
          </w:tcPr>
          <w:p>
            <w:r>
              <w:t>26/12/2024</w:t>
            </w:r>
          </w:p>
        </w:tc>
        <w:tc>
          <w:tcPr>
            <w:tcW w:type="dxa" w:w="1440"/>
          </w:tcPr>
          <w:p>
            <w:r>
              <w:t>14/01/2025 – en curso</w:t>
            </w:r>
          </w:p>
        </w:tc>
        <w:tc>
          <w:tcPr>
            <w:tcW w:type="dxa" w:w="1440"/>
          </w:tcPr>
          <w:p>
            <w:r>
              <w:rPr>
                <w:highlight w:val="yellow"/>
              </w:rPr>
              <w:t>rellenar</w:t>
            </w:r>
          </w:p>
        </w:tc>
      </w:tr>
      <w:tr>
        <w:tc>
          <w:tcPr>
            <w:tcW w:type="dxa" w:w="1440"/>
          </w:tcPr>
          <w:p>
            <w:r>
              <w:t>El servicio de retirada de subproductos de animales recogidos en el albergue municipal de animales domésticos de Caudete (Albacete). · exp. 1374622Y Retirada de subproducto animal</w:t>
            </w:r>
          </w:p>
        </w:tc>
        <w:tc>
          <w:tcPr>
            <w:tcW w:type="dxa" w:w="1440"/>
          </w:tcPr>
          <w:p>
            <w:r>
              <w:t>Ayuntamiento de Caudete · NIF P0202500E</w:t>
            </w:r>
          </w:p>
        </w:tc>
        <w:tc>
          <w:tcPr>
            <w:tcW w:type="dxa" w:w="1440"/>
          </w:tcPr>
          <w:p>
            <w:r>
              <w:t>6.600,00 €</w:t>
            </w:r>
          </w:p>
        </w:tc>
        <w:tc>
          <w:tcPr>
            <w:tcW w:type="dxa" w:w="1440"/>
          </w:tcPr>
          <w:p>
            <w:r>
              <w:t>12/12/2024</w:t>
            </w:r>
          </w:p>
        </w:tc>
        <w:tc>
          <w:tcPr>
            <w:tcW w:type="dxa" w:w="1440"/>
          </w:tcPr>
          <w:p>
            <w:r>
              <w:t>23/12/2024 – en curso</w:t>
            </w:r>
          </w:p>
        </w:tc>
        <w:tc>
          <w:tcPr>
            <w:tcW w:type="dxa" w:w="1440"/>
          </w:tcPr>
          <w:p>
            <w:r>
              <w:rPr>
                <w:highlight w:val="yellow"/>
              </w:rPr>
              <w:t>rellenar</w:t>
            </w:r>
          </w:p>
        </w:tc>
      </w:tr>
    </w:tbl>
    <w:p/>
    <w:p>
      <w:r>
        <w:rPr>
          <w:b/>
        </w:rPr>
        <w:t>Importe adjudicado en el periodo: 44.730,00 €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Caudete (NIF P0202500E)</w:t>
      </w:r>
    </w:p>
    <w:p>
      <w:r>
        <w:t xml:space="preserve">SERVICIOS DE INCINERACION ANTOMAR S.L., con NIF B54108725, adjudicataria del contrato «Prorroga servicio de retirada de subproductos de animales recogidos en el albergue municipal de animales domésticos de Caudete (Albacete).», expediente 1374622Y Prorroga servicio retirada sub. animales, adjudicado el 04/11/2026 por 3.630,00 €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24/12/2026 a 24/12/2027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Orihuela (NIF P0309900I)</w:t>
      </w:r>
    </w:p>
    <w:p>
      <w:r>
        <w:t xml:space="preserve">SERVICIOS DE INCINERACION ANTOMAR S.L., con NIF B54108725, adjudicataria del contrato «Retirada de cadáveres de animales de la vía pública del T.M. de Orihuela y del Centro de Protección Animal.», expediente 10347/2024, adjudicado el 26/12/2024 por 34.500,00 €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14/01/2025 a 14/01/2027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Caudete (NIF P0202500E)</w:t>
      </w:r>
    </w:p>
    <w:p>
      <w:r>
        <w:t xml:space="preserve">SERVICIOS DE INCINERACION ANTOMAR S.L., con NIF B54108725, adjudicataria del contrato «El servicio de retirada de subproductos de animales recogidos en el albergue municipal de animales domésticos de Caudete (Albacete).», expediente 1374622Y Retirada de subproducto animal, adjudicado el 12/12/2024 por 6.600,00 €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23/12/2024 a 23/12/2026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