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SERVICIOS CIUDAD DEL BIENESTAR SL</w:t>
      </w:r>
    </w:p>
    <w:p>
      <w:r>
        <w:t>NIF B16866360.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municipal de comidas a domicilio y comedor, en línea caliente, para personas mayores y/o dependientes, del Ayuntamiento de Aranda de Duero · exp. ABR/SERV/2025000022</w:t>
            </w:r>
          </w:p>
        </w:tc>
        <w:tc>
          <w:tcPr>
            <w:tcW w:type="dxa" w:w="1440"/>
          </w:tcPr>
          <w:p>
            <w:r>
              <w:t>Ayuntamiento de Aranda de Duero · NIF P0901800C</w:t>
            </w:r>
          </w:p>
        </w:tc>
        <w:tc>
          <w:tcPr>
            <w:tcW w:type="dxa" w:w="1440"/>
          </w:tcPr>
          <w:p>
            <w:r>
              <w:t>276.870,00 €</w:t>
            </w:r>
          </w:p>
        </w:tc>
        <w:tc>
          <w:tcPr>
            <w:tcW w:type="dxa" w:w="1440"/>
          </w:tcPr>
          <w:p>
            <w:r>
              <w:t>03/07/2025</w:t>
            </w:r>
          </w:p>
        </w:tc>
        <w:tc>
          <w:tcPr>
            <w:tcW w:type="dxa" w:w="1440"/>
          </w:tcPr>
          <w:p>
            <w:r>
              <w:t>04/07/2025 – 04/07/2026</w:t>
            </w:r>
          </w:p>
        </w:tc>
        <w:tc>
          <w:tcPr>
            <w:tcW w:type="dxa" w:w="1440"/>
          </w:tcPr>
          <w:p>
            <w:r>
              <w:rPr>
                <w:highlight w:val="yellow"/>
              </w:rPr>
              <w:t>rellenar</w:t>
            </w:r>
          </w:p>
        </w:tc>
      </w:tr>
      <w:tr>
        <w:tc>
          <w:tcPr>
            <w:tcW w:type="dxa" w:w="1440"/>
          </w:tcPr>
          <w:p>
            <w:r>
              <w:t>El contrato tiene por objeto el servicio de catering para los beneficiarios del servicio de estancias diurnas del Centro de Día de Aranda de Duero de Burgos, centro dependiente de la Gerencia Territorial de Servicios Sociales de Burgos. · exp. A2024/000167</w:t>
            </w:r>
          </w:p>
        </w:tc>
        <w:tc>
          <w:tcPr>
            <w:tcW w:type="dxa" w:w="1440"/>
          </w:tcPr>
          <w:p>
            <w:r>
              <w:t>Gerencia Territorial de Servicios Sociales de Burgos · NIF Q9750009D</w:t>
            </w:r>
          </w:p>
        </w:tc>
        <w:tc>
          <w:tcPr>
            <w:tcW w:type="dxa" w:w="1440"/>
          </w:tcPr>
          <w:p>
            <w:r>
              <w:t>46.464,00 €</w:t>
            </w:r>
          </w:p>
        </w:tc>
        <w:tc>
          <w:tcPr>
            <w:tcW w:type="dxa" w:w="1440"/>
          </w:tcPr>
          <w:p>
            <w:r>
              <w:t>22/11/2023</w:t>
            </w:r>
          </w:p>
        </w:tc>
        <w:tc>
          <w:tcPr>
            <w:tcW w:type="dxa" w:w="1440"/>
          </w:tcPr>
          <w:p>
            <w:r>
              <w:t>22/12/2023 – 22/12/2024</w:t>
            </w:r>
          </w:p>
        </w:tc>
        <w:tc>
          <w:tcPr>
            <w:tcW w:type="dxa" w:w="1440"/>
          </w:tcPr>
          <w:p>
            <w:r>
              <w:rPr>
                <w:highlight w:val="yellow"/>
              </w:rPr>
              <w:t>rellenar</w:t>
            </w:r>
          </w:p>
        </w:tc>
      </w:tr>
    </w:tbl>
    <w:p/>
    <w:p>
      <w:r>
        <w:rPr>
          <w:b/>
        </w:rPr>
        <w:t>Importe adjudicado en el periodo: 323.334,00 €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Aranda de Duero (NIF P0901800C)</w:t>
      </w:r>
    </w:p>
    <w:p>
      <w:r>
        <w:t xml:space="preserve">SERVICIOS CIUDAD DEL BIENESTAR SL, con NIF B16866360, adjudicataria del contrato «Contratación del Servicio municipal de comidas a domicilio y comedor, en línea caliente, para personas mayores y/o dependientes, del Ayuntamiento de Aranda de Duero», expediente ABR/SERV/2025000022, adjudicado el 03/07/2025 por 276.870,00 €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04/07/2025 a 04/07/2026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Territorial de Servicios Sociales de Burgos (NIF Q9750009D)</w:t>
      </w:r>
    </w:p>
    <w:p>
      <w:r>
        <w:t xml:space="preserve">SERVICIOS CIUDAD DEL BIENESTAR SL, con NIF B16866360, adjudicataria del contrato «El contrato tiene por objeto el servicio de catering para los beneficiarios del servicio de estancias diurnas del Centro de Día de Aranda de Duero de Burgos, centro dependiente de la Gerencia Territorial de Servicios Sociales de Burgos.», expediente A2024/000167, adjudicado el 22/11/2023 por 46.464,00 €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22/12/2023 a 22/12/2024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