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SERVEIS ZOOLOGICS LA DEVESA SL</w:t>
      </w:r>
    </w:p>
    <w:p>
      <w:r>
        <w:t>NIF B56874571.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recollida i acollida de gossos i gats abandonats o perduts en els municipis de la comarca que han delegat la prestació del servei en el Consell Comarcal · exp. 2025/944</w:t>
            </w:r>
          </w:p>
        </w:tc>
        <w:tc>
          <w:tcPr>
            <w:tcW w:type="dxa" w:w="1440"/>
          </w:tcPr>
          <w:p>
            <w:r>
              <w:t>Consell Comarcal de l'Alt Empordà</w:t>
            </w:r>
          </w:p>
        </w:tc>
        <w:tc>
          <w:tcPr>
            <w:tcW w:type="dxa" w:w="1440"/>
          </w:tcPr>
          <w:p>
            <w:r>
              <w:t>153.493,67 €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L'allotjament i la manutenció dels gossos de la Unitat Canina de la Direcció General de la Policia, així com de l'ús de les instal·lacions mínimes necessàries per a dur a terme les activitats corresponents, destinats a la Regió Policial de Girona, Regió Policial de Ponent i Regió Policial Camp de Tarragona. (lote 1) · exp. IT-2026-16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109.500,00 €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26/01/2026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262.993,67 €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l'Alt Empordà</w:t>
      </w:r>
    </w:p>
    <w:p>
      <w:r>
        <w:t xml:space="preserve">SERVEIS ZOOLOGICS LA DEVESA SL, con NIF B56874571, adjudicataria del contrato «servei de recollida i acollida de gossos i gats abandonats o perduts en els municipis de la comarca que han delegat la prestació del servei en el Consell Comarcal», expediente 2025/944, adjudicado el …… por 153.493,67 €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23/01/2026 a 23/01/2027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SERVEIS ZOOLOGICS LA DEVESA SL, con NIF B56874571, adjudicataria del contrato «L'allotjament i la manutenció dels gossos de la Unitat Canina de la Direcció General de la Policia, així com de l'ús de les instal·lacions mínimes necessàries per a dur a terme les activitats corresponents, destinats a la Regió Policial de Girona, Regió Policial de Ponent i Regió Policial Camp de Tarragona.», lote 1, expediente IT-2026-16, adjudicado el …… por 109.500,00 €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26/01/2026 a 26/01/2027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