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SERVEIS ZOOLOGICS LA DEVESA SL</w:t>
      </w:r>
    </w:p>
    <w:p>
      <w:r>
        <w:t>NIF B56874571.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