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SERGIO MARTINO, SL</w:t>
      </w:r>
    </w:p>
    <w:p>
      <w:r>
        <w:t>NIF B52538592.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Suministro, instalación y puesta en funcionamiento de 4 sillones dentales. · exp. 3401-347-1-2025-16321</w:t>
            </w:r>
          </w:p>
        </w:tc>
        <w:tc>
          <w:tcPr>
            <w:tcW w:type="dxa" w:w="1440"/>
          </w:tcPr>
          <w:p>
            <w:r>
              <w:t>Gerencia de Asistencia Sanitaria del Bierzo · NIF Q2469007E</w:t>
            </w:r>
          </w:p>
        </w:tc>
        <w:tc>
          <w:tcPr>
            <w:tcW w:type="dxa" w:w="1440"/>
          </w:tcPr>
          <w:p>
            <w:r>
              <w:t>77.472,00 €</w:t>
            </w:r>
          </w:p>
        </w:tc>
        <w:tc>
          <w:tcPr>
            <w:tcW w:type="dxa" w:w="1440"/>
          </w:tcPr>
          <w:p>
            <w:r>
              <w:t>16/12/2025</w:t>
            </w:r>
          </w:p>
        </w:tc>
        <w:tc>
          <w:tcPr>
            <w:tcW w:type="dxa" w:w="1440"/>
          </w:tcPr>
          <w:p>
            <w:r>
              <w:t>30/12/2025 – 24/01/2026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014/2025/15324 Suministro, instalación y puesta en funcionamiento de un equipo de tomografía de haz cónico con destino a la Unidades de Salud Bucodental del Centro de Salud de Santa Elena de Zamora (Gerencia de Asistencia Sanitaria de Zamora) con cargo a los fondos del Plan de Salud Bucodental. Programa financiado por el Ministerio de Sanidad. · exp. 9301-937-1-2025-15324</w:t>
            </w:r>
          </w:p>
        </w:tc>
        <w:tc>
          <w:tcPr>
            <w:tcW w:type="dxa" w:w="1440"/>
          </w:tcPr>
          <w:p>
            <w:r>
              <w:t>Gerencia de Asistencia Sanitaria de Zamora · NIF Q4919003F</w:t>
            </w:r>
          </w:p>
        </w:tc>
        <w:tc>
          <w:tcPr>
            <w:tcW w:type="dxa" w:w="1440"/>
          </w:tcPr>
          <w:p>
            <w:r>
              <w:t>29.490,00 €</w:t>
            </w:r>
          </w:p>
        </w:tc>
        <w:tc>
          <w:tcPr>
            <w:tcW w:type="dxa" w:w="1440"/>
          </w:tcPr>
          <w:p>
            <w:r>
              <w:t>20/01/2025</w:t>
            </w:r>
          </w:p>
        </w:tc>
        <w:tc>
          <w:tcPr>
            <w:tcW w:type="dxa" w:w="1440"/>
          </w:tcPr>
          <w:p>
            <w:r>
              <w:t>24/02/2025 – 24/08/2025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Sillones dentales y Ortopantomógrafo (lote 2) · exp. 2020015116</w:t>
            </w:r>
          </w:p>
        </w:tc>
        <w:tc>
          <w:tcPr>
            <w:tcW w:type="dxa" w:w="1440"/>
          </w:tcPr>
          <w:p>
            <w:r>
              <w:t>Gerencia de Atención Primaria de León · NIF Q2469008C</w:t>
            </w:r>
          </w:p>
        </w:tc>
        <w:tc>
          <w:tcPr>
            <w:tcW w:type="dxa" w:w="1440"/>
          </w:tcPr>
          <w:p>
            <w:r>
              <w:t>29.650,00 €</w:t>
            </w:r>
          </w:p>
        </w:tc>
        <w:tc>
          <w:tcPr>
            <w:tcW w:type="dxa" w:w="1440"/>
          </w:tcPr>
          <w:p>
            <w:r>
              <w:t>30/12/2024</w:t>
            </w:r>
          </w:p>
        </w:tc>
        <w:tc>
          <w:tcPr>
            <w:tcW w:type="dxa" w:w="1440"/>
          </w:tcPr>
          <w:p>
            <w:r>
              <w:t>30/01/2025 – 30/04/2025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136.612,00 €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Asistencia Sanitaria del Bierzo (NIF Q2469007E)</w:t>
      </w:r>
    </w:p>
    <w:p>
      <w:r>
        <w:t xml:space="preserve">SERGIO MARTINO, SL, con NIF B52538592, adjudicataria del contrato «Suministro, instalación y puesta en funcionamiento de 4 sillones dentales.», expediente 3401-347-1-2025-16321, adjudicado el 16/12/2025 por 77.472,00 €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30/12/2025 a 24/01/2026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Asistencia Sanitaria de Zamora (NIF Q4919003F)</w:t>
      </w:r>
    </w:p>
    <w:p>
      <w:r>
        <w:t xml:space="preserve">SERGIO MARTINO, SL, con NIF B52538592, adjudicataria del contrato «014/2025/15324 Suministro, instalación y puesta en funcionamiento de un equipo de tomografía de haz cónico con destino a la Unidades de Salud Bucodental del Centro de Salud de Santa Elena de Zamora (Gerencia de Asistencia Sanitaria de Zamora) con cargo a los fondos del Plan de Salud Bucodental. Programa financiado por el Ministerio de Sanidad.», expediente 9301-937-1-2025-15324, adjudicado el 20/01/2025 por 29.490,00 €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24/02/2025 a 24/08/2025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Atención Primaria de León (NIF Q2469008C)</w:t>
      </w:r>
    </w:p>
    <w:p>
      <w:r>
        <w:t xml:space="preserve">SERGIO MARTINO, SL, con NIF B52538592, adjudicataria del contrato «Suministro de Sillones dentales y Ortopantomógrafo», lote 2, expediente 2020015116, adjudicado el 30/12/2024 por 29.650,00 €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30/01/2025 a 30/04/2025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