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SEGURIDAD PONENT, SL</w:t>
      </w:r>
    </w:p>
    <w:p>
      <w:r>
        <w:t>NIF B16568354.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mixto de servicio y suministro para el mantenimiento de las instalaciones de protección contra incendios · exp. 6/2025</w:t>
            </w:r>
          </w:p>
        </w:tc>
        <w:tc>
          <w:tcPr>
            <w:tcW w:type="dxa" w:w="1440"/>
          </w:tcPr>
          <w:p>
            <w:r>
              <w:t>Ayuntamiento de Sant Lluís · NIF P0705200D</w:t>
            </w:r>
          </w:p>
        </w:tc>
        <w:tc>
          <w:tcPr>
            <w:tcW w:type="dxa" w:w="1440"/>
          </w:tcPr>
          <w:p>
            <w:r>
              <w:t>25.852,00 €</w:t>
            </w:r>
          </w:p>
        </w:tc>
        <w:tc>
          <w:tcPr>
            <w:tcW w:type="dxa" w:w="1440"/>
          </w:tcPr>
          <w:p>
            <w:r>
              <w:t>16/07/2025</w:t>
            </w:r>
          </w:p>
        </w:tc>
        <w:tc>
          <w:tcPr>
            <w:tcW w:type="dxa" w:w="1440"/>
          </w:tcPr>
          <w:p>
            <w:r>
              <w:t>16/08/2025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mantenimiento para las instalaciones contraincendios de los edificios de la Fundación Balear de Innovación y Tecnología (lote 2) · exp. CMBIT0124</w:t>
            </w:r>
          </w:p>
        </w:tc>
        <w:tc>
          <w:tcPr>
            <w:tcW w:type="dxa" w:w="1440"/>
          </w:tcPr>
          <w:p>
            <w:r>
              <w:t>Fundación Balear de Innovación y Tecnología · NIF G57775884</w:t>
            </w:r>
          </w:p>
        </w:tc>
        <w:tc>
          <w:tcPr>
            <w:tcW w:type="dxa" w:w="1440"/>
          </w:tcPr>
          <w:p>
            <w:r>
              <w:t>26.599,56 €</w:t>
            </w:r>
          </w:p>
        </w:tc>
        <w:tc>
          <w:tcPr>
            <w:tcW w:type="dxa" w:w="1440"/>
          </w:tcPr>
          <w:p>
            <w:r>
              <w:t>22/05/2024</w:t>
            </w:r>
          </w:p>
        </w:tc>
        <w:tc>
          <w:tcPr>
            <w:tcW w:type="dxa" w:w="1440"/>
          </w:tcPr>
          <w:p>
            <w:r>
              <w:t>22/06/2024 – 22/06/2026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52.451,56 €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 Lluís (NIF P0705200D)</w:t>
      </w:r>
    </w:p>
    <w:p>
      <w:r>
        <w:t xml:space="preserve">SEGURIDAD PONENT, SL, con NIF B16568354, adjudicataria del contrato «Contrato mixto de servicio y suministro para el mantenimiento de las instalaciones de protección contra incendios», expediente 6/2025, adjudicado el 16/07/2025 por 25.852,00 €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16/08/2025 a 16/08/2029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Balear de Innovación y Tecnología (NIF G57775884)</w:t>
      </w:r>
    </w:p>
    <w:p>
      <w:r>
        <w:t xml:space="preserve">SEGURIDAD PONENT, SL, con NIF B16568354, adjudicataria del contrato «Contratación del mantenimiento para las instalaciones contraincendios de los edificios de la Fundación Balear de Innovación y Tecnología», lote 2, expediente CMBIT0124, adjudicado el 22/05/2024 por 26.599,56 €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22/06/2024 a 22/06/2026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