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SEGMENTO DIVERTIDO LDA</w:t>
      </w:r>
    </w:p>
    <w:p>
      <w:r>
        <w:t>NIF N1000113I.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licitación por procedimiento abierto común del contrato de-servicio de la autorización del uso especial de las vías públicas para-explotación de un tren turístico en el ayuntamiento del grove, con la finalidad de ofertar actividades a los turistas y visitantes que se acercan al municipio para conocerlo y disfrutarlo (lote 0) · exp. PcPG/2024/822452</w:t>
            </w:r>
          </w:p>
        </w:tc>
        <w:tc>
          <w:tcPr>
            <w:tcW w:type="dxa" w:w="1440"/>
          </w:tcPr>
          <w:p>
            <w:r>
              <w:t>Concello de O Grove</w:t>
            </w:r>
          </w:p>
        </w:tc>
        <w:tc>
          <w:tcPr>
            <w:tcW w:type="dxa" w:w="1440"/>
          </w:tcPr>
          <w:p>
            <w:r>
              <w:t>28.500,00 €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23/09/2024 – 23/09/2026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28.500,00 €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Concello de O Grove</w:t>
      </w:r>
    </w:p>
    <w:p>
      <w:r>
        <w:t xml:space="preserve">SEGMENTO DIVERTIDO LDA, con NIF N1000113I, adjudicataria del contrato «licitación por procedimiento abierto común del contrato de-servicio de la autorización del uso especial de las vías públicas para-explotación de un tren turístico en el ayuntamiento del grove, con la finalidad de ofertar actividades a los turistas y visitantes que se acercan al municipio para conocerlo y disfrutarlo», lote 0, expediente PcPG/2024/822452, adjudicado el …… por 28.500,00 €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23/09/2024 a 23/09/2026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