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SANTIAGO MEDIANO ABOGADOS, SLP.</w:t>
      </w:r>
    </w:p>
    <w:p>
      <w:r>
        <w:t>NIF B83533455.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