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SANT PERE CLAVER FUNDACIO SERV.SOCI</w:t>
      </w:r>
    </w:p>
    <w:p>
      <w:r>
        <w:t>NIF G65662819. Contratos públicos adjudicados en los tres últimos años (servicios), del 08/11/2023 al 08/11/2026, servicios.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  <w:tr>
        <w:tc>
          <w:tcPr>
            <w:tcW w:type="dxa" w:w="1440"/>
          </w:tcPr>
          <w:p>
            <w:r>
              <w:t>Servei de monitoratge, coordinació i direcció de les activitats vinculades al programa "Temps per a tu", per a petita infància, joves i persones adultes, de l'Institut Municipal de Persones amb Discapacitat de l'Ajuntament de Barcelona (lote 2) · exp. 009_25000017</w:t>
            </w:r>
          </w:p>
        </w:tc>
        <w:tc>
          <w:tcPr>
            <w:tcW w:type="dxa" w:w="1440"/>
          </w:tcPr>
          <w:p>
            <w:r>
              <w:t>Institut Municipal de Persones amb Discapacitat</w:t>
            </w:r>
          </w:p>
        </w:tc>
        <w:tc>
          <w:tcPr>
            <w:tcW w:type="dxa" w:w="1440"/>
          </w:tcPr>
          <w:p>
            <w:r>
              <w:t>90.144,13 €</w:t>
            </w:r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>
              <w:t>04/09/2025 – en curso</w:t>
            </w:r>
          </w:p>
        </w:tc>
        <w:tc>
          <w:tcPr>
            <w:tcW w:type="dxa" w:w="1440"/>
          </w:tcPr>
          <w:p>
            <w:r>
              <w:rPr>
                <w:highlight w:val="yellow"/>
              </w:rPr>
              <w:t>rellenar</w:t>
            </w:r>
          </w:p>
        </w:tc>
      </w:tr>
      <w:tr>
        <w:tc>
          <w:tcPr>
            <w:tcW w:type="dxa" w:w="1440"/>
          </w:tcPr>
          <w:p>
            <w:r>
              <w:t>Té per objecte la contractació de 45 places d'allotjament temporal en espais compartits del CRI Cal Muns.</w:t>
              <w:br/>
              <w:br/>
              <w:t xml:space="preserve"> a) 41 places adreçades a persones sense llar</w:t>
              <w:br/>
              <w:br/>
              <w:t xml:space="preserve"> b) 4 places persones amb discapacitat intel·lectual i/o problemes de salut mental · exp. 015_25000015</w:t>
            </w:r>
          </w:p>
        </w:tc>
        <w:tc>
          <w:tcPr>
            <w:tcW w:type="dxa" w:w="1440"/>
          </w:tcPr>
          <w:p>
            <w:r>
              <w:t>Institut Municipal de Serveis Socials</w:t>
            </w:r>
          </w:p>
        </w:tc>
        <w:tc>
          <w:tcPr>
            <w:tcW w:type="dxa" w:w="1440"/>
          </w:tcPr>
          <w:p>
            <w:r>
              <w:t>1.633.307,00 €</w:t>
            </w:r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>
              <w:t>28/03/2025 – 31/03/2026</w:t>
            </w:r>
          </w:p>
        </w:tc>
        <w:tc>
          <w:tcPr>
            <w:tcW w:type="dxa" w:w="1440"/>
          </w:tcPr>
          <w:p>
            <w:r>
              <w:rPr>
                <w:highlight w:val="yellow"/>
              </w:rPr>
              <w:t>rellenar</w:t>
            </w:r>
          </w:p>
        </w:tc>
      </w:tr>
      <w:tr>
        <w:tc>
          <w:tcPr>
            <w:tcW w:type="dxa" w:w="1440"/>
          </w:tcPr>
          <w:p>
            <w:r>
              <w:t>Servei d'oficina tècnica per a l'impuls i promoció de projectes d'acollida en llars ciutadanes i mentoria social des de la societat civil per persones en risc o situació d'exclusió social · exp. 22004414</w:t>
            </w:r>
          </w:p>
        </w:tc>
        <w:tc>
          <w:tcPr>
            <w:tcW w:type="dxa" w:w="1440"/>
          </w:tcPr>
          <w:p>
            <w:r>
              <w:t>Ajuntament de Barcelona</w:t>
            </w:r>
          </w:p>
        </w:tc>
        <w:tc>
          <w:tcPr>
            <w:tcW w:type="dxa" w:w="1440"/>
          </w:tcPr>
          <w:p>
            <w:r>
              <w:t>57.509,30 €</w:t>
            </w:r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>
              <w:t>05/06/2024 – 06/04/2025</w:t>
            </w:r>
          </w:p>
        </w:tc>
        <w:tc>
          <w:tcPr>
            <w:tcW w:type="dxa" w:w="1440"/>
          </w:tcPr>
          <w:p>
            <w:r>
              <w:rPr>
                <w:highlight w:val="yellow"/>
              </w:rPr>
              <w:t>rellenar</w:t>
            </w:r>
          </w:p>
        </w:tc>
      </w:tr>
    </w:tbl>
    <w:p/>
    <w:p>
      <w:r>
        <w:rPr>
          <w:b/>
        </w:rPr>
        <w:t>Importe adjudicado en el periodo: 1.780.960,43 € sin IVA, en 3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p>
      <w:r>
        <w:br w:type="page"/>
      </w:r>
    </w:p>
    <w:p>
      <w:pPr>
        <w:pStyle w:val="Heading1"/>
      </w:pPr>
      <w:r>
        <w:t>Solicitud de certificado de buena ejecución</w:t>
      </w:r>
    </w:p>
    <w:p>
      <w:r>
        <w:t>A: Institut Municipal de Persones amb Discapacitat</w:t>
      </w:r>
    </w:p>
    <w:p>
      <w:r>
        <w:t xml:space="preserve">SANT PERE CLAVER FUNDACIO SERV.SOCI, con NIF G65662819, adjudicataria del contrato «Servei de monitoratge, coordinació i direcció de les activitats vinculades al programa "Temps per a tu", per a petita infància, joves i persones adultes, de l'Institut Municipal de Persones amb Discapacitat de l'Ajuntament de Barcelona», lote 2, expediente 009_25000017, adjudicado el …… por 90.144,13 € sin IVA, </w:t>
      </w:r>
      <w:r>
        <w:t>SOLICITA que se expida certificado de buena ejecución del contrato en el que conste su objeto, su importe, las fechas y el lugar de ejecución y si se llevó a cabo normalmente y a buen término, a efectos de acreditar su solvencia técnica en otros procedimientos de contratación.</w:t>
      </w:r>
    </w:p>
    <w:p>
      <w:r>
        <w:t xml:space="preserve">Periodo de ejecución: </w:t>
      </w:r>
      <w:r>
        <w:t>04/09/2025 a 04/09/2027 (en curso: se pide el certificado de lo ejecutado hasta la fecha)</w:t>
      </w:r>
    </w:p>
    <w:p>
      <w:r>
        <w:rPr>
          <w:highlight w:val="yellow"/>
        </w:rPr>
        <w:t>En …………………, a …… de …………………… de 20……</w:t>
      </w:r>
    </w:p>
    <w:p>
      <w:r>
        <w:rPr>
          <w:highlight w:val="yellow"/>
        </w:rPr>
        <w:t>Firma y nombre de quien representa a la empresa</w:t>
      </w:r>
    </w:p>
    <w:p>
      <w:r>
        <w:br w:type="page"/>
      </w:r>
    </w:p>
    <w:p>
      <w:pPr>
        <w:pStyle w:val="Heading1"/>
      </w:pPr>
      <w:r>
        <w:t>Solicitud de certificado de buena ejecución</w:t>
      </w:r>
    </w:p>
    <w:p>
      <w:r>
        <w:t>A: Institut Municipal de Serveis Socials</w:t>
      </w:r>
    </w:p>
    <w:p>
      <w:r>
        <w:t>SANT PERE CLAVER FUNDACIO SERV.SOCI, con NIF G65662819, adjudicataria del contrato «Té per objecte la contractació de 45 places d'allotjament temporal en espais compartits del CRI Cal Muns.</w:t>
        <w:br/>
        <w:br/>
        <w:t xml:space="preserve"> a) 41 places adreçades a persones sense llar</w:t>
        <w:br/>
        <w:br/>
        <w:t xml:space="preserve"> b) 4 places persones amb discapacitat intel·lectual i/o problemes de salut mental», expediente 015_25000015, adjudicado el …… por 1.633.307,00 € sin IVA, </w:t>
      </w:r>
      <w:r>
        <w:t>SOLICITA que se expida certificado de buena ejecución del contrato en el que conste su objeto, su importe, las fechas y el lugar de ejecución y si se llevó a cabo normalmente y a buen término, a efectos de acreditar su solvencia técnica en otros procedimientos de contratación.</w:t>
      </w:r>
    </w:p>
    <w:p>
      <w:r>
        <w:t xml:space="preserve">Periodo de ejecución: </w:t>
      </w:r>
      <w:r>
        <w:t>28/03/2025 a 31/03/2026</w:t>
      </w:r>
    </w:p>
    <w:p>
      <w:r>
        <w:rPr>
          <w:highlight w:val="yellow"/>
        </w:rPr>
        <w:t>En …………………, a …… de …………………… de 20……</w:t>
      </w:r>
    </w:p>
    <w:p>
      <w:r>
        <w:rPr>
          <w:highlight w:val="yellow"/>
        </w:rPr>
        <w:t>Firma y nombre de quien representa a la empresa</w:t>
      </w:r>
    </w:p>
    <w:p>
      <w:r>
        <w:br w:type="page"/>
      </w:r>
    </w:p>
    <w:p>
      <w:pPr>
        <w:pStyle w:val="Heading1"/>
      </w:pPr>
      <w:r>
        <w:t>Solicitud de certificado de buena ejecución</w:t>
      </w:r>
    </w:p>
    <w:p>
      <w:r>
        <w:t>A: Ajuntament de Barcelona</w:t>
      </w:r>
    </w:p>
    <w:p>
      <w:r>
        <w:t xml:space="preserve">SANT PERE CLAVER FUNDACIO SERV.SOCI, con NIF G65662819, adjudicataria del contrato «Servei d'oficina tècnica per a l'impuls i promoció de projectes d'acollida en llars ciutadanes i mentoria social des de la societat civil per persones en risc o situació d'exclusió social», expediente 22004414, adjudicado el …… por 57.509,30 € sin IVA, </w:t>
      </w:r>
      <w:r>
        <w:t>SOLICITA que se expida certificado de buena ejecución del contrato en el que conste su objeto, su importe, las fechas y el lugar de ejecución y si se llevó a cabo normalmente y a buen término, a efectos de acreditar su solvencia técnica en otros procedimientos de contratación.</w:t>
      </w:r>
    </w:p>
    <w:p>
      <w:r>
        <w:t xml:space="preserve">Periodo de ejecución: </w:t>
      </w:r>
      <w:r>
        <w:t>05/06/2024 a 06/04/2025</w:t>
      </w:r>
    </w:p>
    <w:p>
      <w:r>
        <w:rPr>
          <w:highlight w:val="yellow"/>
        </w:rPr>
        <w:t>En …………………, a …… de …………………… de 20……</w:t>
      </w:r>
    </w:p>
    <w:p>
      <w:r>
        <w:rPr>
          <w:highlight w:val="yellow"/>
        </w:rPr>
        <w:t>Firma y nombre de quien representa a la empresa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