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SANT PERE CLAVER FUNDACIO SERV.SOCI</w:t>
      </w:r>
    </w:p>
    <w:p>
      <w:r>
        <w:t>NIF G65662819.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