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LTOKI GRANOLLERS SL</w:t>
      </w:r>
    </w:p>
    <w:p>
      <w:r>
        <w:t>NIF B6337723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