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TULOS OKETA, S.L.</w:t>
      </w:r>
    </w:p>
    <w:p>
      <w:r>
        <w:t>NIF B01324805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