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ROTULOS OKETA, S.L.</w:t>
      </w:r>
    </w:p>
    <w:p>
      <w:r>
        <w:t>NIF B01324805.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Con Instalación De Carteles Y Vinilos Informativos En El Terminal De Pasajeros (Zona Llegadas) Y Carteles Wifi · exp. VIT-21/2025</w:t>
            </w:r>
          </w:p>
        </w:tc>
        <w:tc>
          <w:tcPr>
            <w:tcW w:type="dxa" w:w="1440"/>
          </w:tcPr>
          <w:p>
            <w:r>
              <w:t>Aena. Dirección del Aeropuerto de Vitoria · NIF A86212420</w:t>
            </w:r>
          </w:p>
        </w:tc>
        <w:tc>
          <w:tcPr>
            <w:tcW w:type="dxa" w:w="1440"/>
          </w:tcPr>
          <w:p>
            <w:r>
              <w:t>681,00 €</w:t>
            </w:r>
          </w:p>
        </w:tc>
        <w:tc>
          <w:tcPr>
            <w:tcW w:type="dxa" w:w="1440"/>
          </w:tcPr>
          <w:p>
            <w:r>
              <w:t>24/07/2025</w:t>
            </w:r>
          </w:p>
        </w:tc>
        <w:tc>
          <w:tcPr>
            <w:tcW w:type="dxa" w:w="1440"/>
          </w:tcPr>
          <w:p>
            <w:r>
              <w:t>25/07/2025 – 06/09/2025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alquiler y montaje de infraestructuras y mobiliario para la Academia Vasca de Policía y Emergencias. · exp. 25-27</w:t>
            </w:r>
          </w:p>
        </w:tc>
        <w:tc>
          <w:tcPr>
            <w:tcW w:type="dxa" w:w="1440"/>
          </w:tcPr>
          <w:p>
            <w:r>
              <w:t>Gobierno Vasco-Dirección de la Academia Vasca de Policía y Emergencias</w:t>
            </w:r>
          </w:p>
        </w:tc>
        <w:tc>
          <w:tcPr>
            <w:tcW w:type="dxa" w:w="1440"/>
          </w:tcPr>
          <w:p>
            <w:r>
              <w:t>123.966,94 €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de productos de imagen corporativa de Lanbide · exp. LAN/S-02/2023</w:t>
            </w:r>
          </w:p>
        </w:tc>
        <w:tc>
          <w:tcPr>
            <w:tcW w:type="dxa" w:w="1440"/>
          </w:tcPr>
          <w:p>
            <w:r>
              <w:t>Director /a General de LANBIDE-Servicio Vasco de Empleo</w:t>
            </w:r>
          </w:p>
        </w:tc>
        <w:tc>
          <w:tcPr>
            <w:tcW w:type="dxa" w:w="1440"/>
          </w:tcPr>
          <w:p>
            <w:r>
              <w:t>429.752,07 €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27/07/2023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554.400,01 €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Vitoria (NIF A86212420)</w:t>
      </w:r>
    </w:p>
    <w:p>
      <w:r>
        <w:t xml:space="preserve">ROTULOS OKETA, S.L., con NIF B01324805, adjudicataria del contrato «Suministro Con Instalación De Carteles Y Vinilos Informativos En El Terminal De Pasajeros (Zona Llegadas) Y Carteles Wifi», expediente VIT-21/2025, adjudicado el 24/07/2025 por 681,00 €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25/07/2025 a 06/09/2025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Vasco-Dirección de la Academia Vasca de Policía y Emergencias</w:t>
      </w:r>
    </w:p>
    <w:p>
      <w:r>
        <w:t xml:space="preserve">ROTULOS OKETA, S.L., con NIF B01324805, adjudicataria del contrato «Servicio de alquiler y montaje de infraestructuras y mobiliario para la Academia Vasca de Policía y Emergencias.», expediente 25-27, adjudicado el …… por 123.966,94 €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29/10/2028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/a General de LANBIDE-Servicio Vasco de Empleo</w:t>
      </w:r>
    </w:p>
    <w:p>
      <w:r>
        <w:t xml:space="preserve">ROTULOS OKETA, S.L., con NIF B01324805, adjudicataria del contrato «Suministro e instalación de productos de imagen corporativa de Lanbide», expediente LAN/S-02/2023, adjudicado el …… por 429.752,07 €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27/07/2023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