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ROSETTA TECHNOLOGY SOLUTIONS SL</w:t>
      </w:r>
    </w:p>
    <w:p>
      <w:r>
        <w:t>NIF B87886461.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L’objecte del present Acord marc és seleccionar les empreses i/o autònoms que, a través dels corresponents contractes basats, realitzaran la prestació de servei de reparació, peces de recanvi i accessoris de l’equipament científic de l’Institut Català d’Investigació Química distribuït en 17 lots:</w:t>
              <w:br/>
              <w:br/>
              <w:t>Lot núm. 1: Equips de determinació de propietats físiques i fisicoquímiques de productes químics i materials.</w:t>
              <w:br/>
              <w:t>Lot núm. 2: Equips d’electroquímica.</w:t>
              <w:br/>
              <w:t>Lot núm. 3: Equips de mesura i anàlisi de circuits elèctrics, electrònics.</w:t>
              <w:br/>
              <w:t>Lot núm. 4: Equips d’espectroscòpia.</w:t>
              <w:br/>
              <w:t>Lot núm. 5: Equips d’espectrometria de masses.</w:t>
              <w:br/>
              <w:t>Lot núm. 6: Equips de microscòpia òptica.</w:t>
              <w:br/>
              <w:t>Lot núm. 7: Equips de ressonància magnètica nuclear i ressonància paramagnètica electrònica.</w:t>
              <w:br/>
              <w:t>Lot núm.8: Equips de cromatografia.</w:t>
              <w:br/>
              <w:t>Lot núm.9: Equips de bombeig, manipulació i mesura de fluids.</w:t>
              <w:br/>
              <w:t>Lot núm.10: Equip òptics i optoelectrònics.</w:t>
              <w:br/>
              <w:t>Lot núm.11: Equips de refrigeració, calefacció i control de temperatura i humitat.</w:t>
              <w:br/>
              <w:t>Lot núm.12: Equips de pesatge.</w:t>
              <w:br/>
              <w:t>Lot  (lote 6) · exp. EXP 14-2023</w:t>
            </w:r>
          </w:p>
        </w:tc>
        <w:tc>
          <w:tcPr>
            <w:tcW w:type="dxa" w:w="1440"/>
          </w:tcPr>
          <w:p>
            <w:r>
              <w:t>Fundació Institut Català d'Investigació Química (ICIQ)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30/08/2023 – 30/08/2024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del present Acord marc és seleccionar les empreses i/o autònoms que, a través dels corresponents contractes basats, realitzaran la prestació de servei de reparació, peces de recanvi i accessoris de l’equipament científic de l’Institut Català d’Investigació Química distribuït en 17 lots:</w:t>
              <w:br/>
              <w:br/>
              <w:t>Lot núm. 1: Equips de determinació de propietats físiques i fisicoquímiques de productes químics i materials.</w:t>
              <w:br/>
              <w:t>Lot núm. 2: Equips d’electroquímica.</w:t>
              <w:br/>
              <w:t>Lot núm. 3: Equips de mesura i anàlisi de circuits elèctrics, electrònics.</w:t>
              <w:br/>
              <w:t>Lot núm. 4: Equips d’espectroscòpia.</w:t>
              <w:br/>
              <w:t>Lot núm. 5: Equips d’espectrometria de masses.</w:t>
              <w:br/>
              <w:t>Lot núm. 6: Equips de microscòpia òptica.</w:t>
              <w:br/>
              <w:t>Lot núm. 7: Equips de ressonància magnètica nuclear i ressonància paramagnètica electrònica.</w:t>
              <w:br/>
              <w:t>Lot núm.8: Equips de cromatografia.</w:t>
              <w:br/>
              <w:t>Lot núm.9: Equips de bombeig, manipulació i mesura de fluids.</w:t>
              <w:br/>
              <w:t>Lot núm.10: Equip òptics i optoelectrònics.</w:t>
              <w:br/>
              <w:t>Lot núm.11: Equips de refrigeració, calefacció i control de temperatura i humitat.</w:t>
              <w:br/>
              <w:t>Lot núm.12: Equips de pesatge.</w:t>
              <w:br/>
              <w:t>Lot  (lote 7) · exp. EXP 14-2023</w:t>
            </w:r>
          </w:p>
        </w:tc>
        <w:tc>
          <w:tcPr>
            <w:tcW w:type="dxa" w:w="1440"/>
          </w:tcPr>
          <w:p>
            <w:r>
              <w:t>Fundació Institut Català d'Investigació Química (ICIQ)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30/08/2023 – 30/08/2024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del present Acord marc és seleccionar les empreses i/o autònoms que, a través dels corresponents contractes basats, realitzaran la prestació de servei de reparació, peces de recanvi i accessoris de l’equipament científic de l’Institut Català d’Investigació Química distribuït en 17 lots:</w:t>
              <w:br/>
              <w:br/>
              <w:t>Lot núm. 1: Equips de determinació de propietats físiques i fisicoquímiques de productes químics i materials.</w:t>
              <w:br/>
              <w:t>Lot núm. 2: Equips d’electroquímica.</w:t>
              <w:br/>
              <w:t>Lot núm. 3: Equips de mesura i anàlisi de circuits elèctrics, electrònics.</w:t>
              <w:br/>
              <w:t>Lot núm. 4: Equips d’espectroscòpia.</w:t>
              <w:br/>
              <w:t>Lot núm. 5: Equips d’espectrometria de masses.</w:t>
              <w:br/>
              <w:t>Lot núm. 6: Equips de microscòpia òptica.</w:t>
              <w:br/>
              <w:t>Lot núm. 7: Equips de ressonància magnètica nuclear i ressonància paramagnètica electrònica.</w:t>
              <w:br/>
              <w:t>Lot núm.8: Equips de cromatografia.</w:t>
              <w:br/>
              <w:t>Lot núm.9: Equips de bombeig, manipulació i mesura de fluids.</w:t>
              <w:br/>
              <w:t>Lot núm.10: Equip òptics i optoelectrònics.</w:t>
              <w:br/>
              <w:t>Lot núm.11: Equips de refrigeració, calefacció i control de temperatura i humitat.</w:t>
              <w:br/>
              <w:t>Lot núm.12: Equips de pesatge.</w:t>
              <w:br/>
              <w:t>Lot  (lote 9) · exp. EXP 14-2023</w:t>
            </w:r>
          </w:p>
        </w:tc>
        <w:tc>
          <w:tcPr>
            <w:tcW w:type="dxa" w:w="1440"/>
          </w:tcPr>
          <w:p>
            <w:r>
              <w:t>Fundació Institut Català d'Investigació Química (ICIQ)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30/08/2023 – 30/08/2024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Institut Català d'Investigació Química (ICIQ)</w:t>
      </w:r>
    </w:p>
    <w:p>
      <w:r>
        <w:t>ROSETTA TECHNOLOGY SOLUTIONS SL, con NIF B87886461, adjudicataria del contrato «L’objecte del present Acord marc és seleccionar les empreses i/o autònoms que, a través dels corresponents contractes basats, realitzaran la prestació de servei de reparació, peces de recanvi i accessoris de l’equipament científic de l’Institut Català d’Investigació Química distribuït en 17 lots:</w:t>
        <w:br/>
        <w:br/>
        <w:t>Lot núm. 1: Equips de determinació de propietats físiques i fisicoquímiques de productes químics i materials.</w:t>
        <w:br/>
        <w:t>Lot núm. 2: Equips d’electroquímica.</w:t>
        <w:br/>
        <w:t>Lot núm. 3: Equips de mesura i anàlisi de circuits elèctrics, electrònics.</w:t>
        <w:br/>
        <w:t>Lot núm. 4: Equips d’espectroscòpia.</w:t>
        <w:br/>
        <w:t>Lot núm. 5: Equips d’espectrometria de masses.</w:t>
        <w:br/>
        <w:t>Lot núm. 6: Equips de microscòpia òptica.</w:t>
        <w:br/>
        <w:t>Lot núm. 7: Equips de ressonància magnètica nuclear i ressonància paramagnètica electrònica.</w:t>
        <w:br/>
        <w:t>Lot núm.8: Equips de cromatografia.</w:t>
        <w:br/>
        <w:t>Lot núm.9: Equips de bombeig, manipulació i mesura de fluids.</w:t>
        <w:br/>
        <w:t>Lot núm.10: Equip òptics i optoelectrònics.</w:t>
        <w:br/>
        <w:t>Lot núm.11: Equips de refrigeració, calefacció i control de temperatura i humitat.</w:t>
        <w:br/>
        <w:t>Lot núm.12: Equips de pesatge.</w:t>
        <w:br/>
        <w:t xml:space="preserve">Lot », lote 6, expediente EXP 14-2023,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30/08/2023 a 30/08/2024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Institut Català d'Investigació Química (ICIQ)</w:t>
      </w:r>
    </w:p>
    <w:p>
      <w:r>
        <w:t>ROSETTA TECHNOLOGY SOLUTIONS SL, con NIF B87886461, adjudicataria del contrato «L’objecte del present Acord marc és seleccionar les empreses i/o autònoms que, a través dels corresponents contractes basats, realitzaran la prestació de servei de reparació, peces de recanvi i accessoris de l’equipament científic de l’Institut Català d’Investigació Química distribuït en 17 lots:</w:t>
        <w:br/>
        <w:br/>
        <w:t>Lot núm. 1: Equips de determinació de propietats físiques i fisicoquímiques de productes químics i materials.</w:t>
        <w:br/>
        <w:t>Lot núm. 2: Equips d’electroquímica.</w:t>
        <w:br/>
        <w:t>Lot núm. 3: Equips de mesura i anàlisi de circuits elèctrics, electrònics.</w:t>
        <w:br/>
        <w:t>Lot núm. 4: Equips d’espectroscòpia.</w:t>
        <w:br/>
        <w:t>Lot núm. 5: Equips d’espectrometria de masses.</w:t>
        <w:br/>
        <w:t>Lot núm. 6: Equips de microscòpia òptica.</w:t>
        <w:br/>
        <w:t>Lot núm. 7: Equips de ressonància magnètica nuclear i ressonància paramagnètica electrònica.</w:t>
        <w:br/>
        <w:t>Lot núm.8: Equips de cromatografia.</w:t>
        <w:br/>
        <w:t>Lot núm.9: Equips de bombeig, manipulació i mesura de fluids.</w:t>
        <w:br/>
        <w:t>Lot núm.10: Equip òptics i optoelectrònics.</w:t>
        <w:br/>
        <w:t>Lot núm.11: Equips de refrigeració, calefacció i control de temperatura i humitat.</w:t>
        <w:br/>
        <w:t>Lot núm.12: Equips de pesatge.</w:t>
        <w:br/>
        <w:t xml:space="preserve">Lot », lote 7, expediente EXP 14-2023,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30/08/2023 a 30/08/2024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Institut Català d'Investigació Química (ICIQ)</w:t>
      </w:r>
    </w:p>
    <w:p>
      <w:r>
        <w:t>ROSETTA TECHNOLOGY SOLUTIONS SL, con NIF B87886461, adjudicataria del contrato «L’objecte del present Acord marc és seleccionar les empreses i/o autònoms que, a través dels corresponents contractes basats, realitzaran la prestació de servei de reparació, peces de recanvi i accessoris de l’equipament científic de l’Institut Català d’Investigació Química distribuït en 17 lots:</w:t>
        <w:br/>
        <w:br/>
        <w:t>Lot núm. 1: Equips de determinació de propietats físiques i fisicoquímiques de productes químics i materials.</w:t>
        <w:br/>
        <w:t>Lot núm. 2: Equips d’electroquímica.</w:t>
        <w:br/>
        <w:t>Lot núm. 3: Equips de mesura i anàlisi de circuits elèctrics, electrònics.</w:t>
        <w:br/>
        <w:t>Lot núm. 4: Equips d’espectroscòpia.</w:t>
        <w:br/>
        <w:t>Lot núm. 5: Equips d’espectrometria de masses.</w:t>
        <w:br/>
        <w:t>Lot núm. 6: Equips de microscòpia òptica.</w:t>
        <w:br/>
        <w:t>Lot núm. 7: Equips de ressonància magnètica nuclear i ressonància paramagnètica electrònica.</w:t>
        <w:br/>
        <w:t>Lot núm.8: Equips de cromatografia.</w:t>
        <w:br/>
        <w:t>Lot núm.9: Equips de bombeig, manipulació i mesura de fluids.</w:t>
        <w:br/>
        <w:t>Lot núm.10: Equip òptics i optoelectrònics.</w:t>
        <w:br/>
        <w:t>Lot núm.11: Equips de refrigeració, calefacció i control de temperatura i humitat.</w:t>
        <w:br/>
        <w:t>Lot núm.12: Equips de pesatge.</w:t>
        <w:br/>
        <w:t xml:space="preserve">Lot », lote 9, expediente EXP 14-2023,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30/08/2023 a 30/08/2024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