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RMS AUDIO, S.L.</w:t>
      </w:r>
    </w:p>
    <w:p>
      <w:r>
        <w:t>NIF B53114823.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y servicios asociados para la adquisición e instalación de elementos audiovisuales para el Parque Tecnológico Urbano de Rodes en Alcoy · exp. C.1644</w:t>
            </w:r>
          </w:p>
        </w:tc>
        <w:tc>
          <w:tcPr>
            <w:tcW w:type="dxa" w:w="1440"/>
          </w:tcPr>
          <w:p>
            <w:r>
              <w:t>Ayuntamiento de Alcoy · NIF P0300900H</w:t>
            </w:r>
          </w:p>
        </w:tc>
        <w:tc>
          <w:tcPr>
            <w:tcW w:type="dxa" w:w="1440"/>
          </w:tcPr>
          <w:p>
            <w:r>
              <w:t>62.250,00 €</w:t>
            </w:r>
          </w:p>
        </w:tc>
        <w:tc>
          <w:tcPr>
            <w:tcW w:type="dxa" w:w="1440"/>
          </w:tcPr>
          <w:p>
            <w:r>
              <w:t>18/12/2025</w:t>
            </w:r>
          </w:p>
        </w:tc>
        <w:tc>
          <w:tcPr>
            <w:tcW w:type="dxa" w:w="1440"/>
          </w:tcPr>
          <w:p>
            <w:r>
              <w:t>29/12/2025 – 29/03/2026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 alquiler y asistencia técnica de equipos de sonido e iluminación para las actividades programadas por el Ayuntamiento de Alcoy (lote 1) · exp. C.1486</w:t>
            </w:r>
          </w:p>
        </w:tc>
        <w:tc>
          <w:tcPr>
            <w:tcW w:type="dxa" w:w="1440"/>
          </w:tcPr>
          <w:p>
            <w:r>
              <w:t>Ayuntamiento de Alcoy · NIF P0300900H</w:t>
            </w:r>
          </w:p>
        </w:tc>
        <w:tc>
          <w:tcPr>
            <w:tcW w:type="dxa" w:w="1440"/>
          </w:tcPr>
          <w:p>
            <w:r>
              <w:t>28.294,37 €</w:t>
            </w:r>
          </w:p>
        </w:tc>
        <w:tc>
          <w:tcPr>
            <w:tcW w:type="dxa" w:w="1440"/>
          </w:tcPr>
          <w:p>
            <w:r>
              <w:t>19/09/2024</w:t>
            </w:r>
          </w:p>
        </w:tc>
        <w:tc>
          <w:tcPr>
            <w:tcW w:type="dxa" w:w="1440"/>
          </w:tcPr>
          <w:p>
            <w:r>
              <w:t>20/10/2024 – 20/10/2025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 alquiler y asistencia técnica de equipos de sonido e iluminación para las actividades programadas por el Ayuntamiento de Alcoy (lote 10) · exp. C.1486</w:t>
            </w:r>
          </w:p>
        </w:tc>
        <w:tc>
          <w:tcPr>
            <w:tcW w:type="dxa" w:w="1440"/>
          </w:tcPr>
          <w:p>
            <w:r>
              <w:t>Ayuntamiento de Alcoy · NIF P0300900H</w:t>
            </w:r>
          </w:p>
        </w:tc>
        <w:tc>
          <w:tcPr>
            <w:tcW w:type="dxa" w:w="1440"/>
          </w:tcPr>
          <w:p>
            <w:r>
              <w:t>18.366,00 €</w:t>
            </w:r>
          </w:p>
        </w:tc>
        <w:tc>
          <w:tcPr>
            <w:tcW w:type="dxa" w:w="1440"/>
          </w:tcPr>
          <w:p>
            <w:r>
              <w:t>19/09/2024</w:t>
            </w:r>
          </w:p>
        </w:tc>
        <w:tc>
          <w:tcPr>
            <w:tcW w:type="dxa" w:w="1440"/>
          </w:tcPr>
          <w:p>
            <w:r>
              <w:t>20/10/2024 – 20/10/2025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 alquiler y asistencia técnica de equipos de sonido e iluminación para las actividades programadas por el Ayuntamiento de Alcoy (lote 11) · exp. C.1486</w:t>
            </w:r>
          </w:p>
        </w:tc>
        <w:tc>
          <w:tcPr>
            <w:tcW w:type="dxa" w:w="1440"/>
          </w:tcPr>
          <w:p>
            <w:r>
              <w:t>Ayuntamiento de Alcoy · NIF P0300900H</w:t>
            </w:r>
          </w:p>
        </w:tc>
        <w:tc>
          <w:tcPr>
            <w:tcW w:type="dxa" w:w="1440"/>
          </w:tcPr>
          <w:p>
            <w:r>
              <w:t>13.160,34 €</w:t>
            </w:r>
          </w:p>
        </w:tc>
        <w:tc>
          <w:tcPr>
            <w:tcW w:type="dxa" w:w="1440"/>
          </w:tcPr>
          <w:p>
            <w:r>
              <w:t>19/09/2024</w:t>
            </w:r>
          </w:p>
        </w:tc>
        <w:tc>
          <w:tcPr>
            <w:tcW w:type="dxa" w:w="1440"/>
          </w:tcPr>
          <w:p>
            <w:r>
              <w:t>20/10/2024 – 20/10/2025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 alquiler y asistencia técnica de equipos de sonido e iluminación para las actividades programadas por el Ayuntamiento de Alcoy (lote 3) · exp. C.1486</w:t>
            </w:r>
          </w:p>
        </w:tc>
        <w:tc>
          <w:tcPr>
            <w:tcW w:type="dxa" w:w="1440"/>
          </w:tcPr>
          <w:p>
            <w:r>
              <w:t>Ayuntamiento de Alcoy · NIF P0300900H</w:t>
            </w:r>
          </w:p>
        </w:tc>
        <w:tc>
          <w:tcPr>
            <w:tcW w:type="dxa" w:w="1440"/>
          </w:tcPr>
          <w:p>
            <w:r>
              <w:t>10.636,05 €</w:t>
            </w:r>
          </w:p>
        </w:tc>
        <w:tc>
          <w:tcPr>
            <w:tcW w:type="dxa" w:w="1440"/>
          </w:tcPr>
          <w:p>
            <w:r>
              <w:t>06/09/2024</w:t>
            </w:r>
          </w:p>
        </w:tc>
        <w:tc>
          <w:tcPr>
            <w:tcW w:type="dxa" w:w="1440"/>
          </w:tcPr>
          <w:p>
            <w:r>
              <w:t>02/10/2024 – 02/10/2025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 alquiler y asistencia técnica de equipos de sonido e iluminación para las actividades programadas por el Ayuntamiento de Alcoy (lote 6) · exp. C.1486</w:t>
            </w:r>
          </w:p>
        </w:tc>
        <w:tc>
          <w:tcPr>
            <w:tcW w:type="dxa" w:w="1440"/>
          </w:tcPr>
          <w:p>
            <w:r>
              <w:t>Ayuntamiento de Alcoy · NIF P0300900H</w:t>
            </w:r>
          </w:p>
        </w:tc>
        <w:tc>
          <w:tcPr>
            <w:tcW w:type="dxa" w:w="1440"/>
          </w:tcPr>
          <w:p>
            <w:r>
              <w:t>10.773,69 €</w:t>
            </w:r>
          </w:p>
        </w:tc>
        <w:tc>
          <w:tcPr>
            <w:tcW w:type="dxa" w:w="1440"/>
          </w:tcPr>
          <w:p>
            <w:r>
              <w:t>05/09/2024</w:t>
            </w:r>
          </w:p>
        </w:tc>
        <w:tc>
          <w:tcPr>
            <w:tcW w:type="dxa" w:w="1440"/>
          </w:tcPr>
          <w:p>
            <w:r>
              <w:t>02/10/2024 – 02/10/2025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 alquiler y asistencia técnica de equipos de sonido e iluminación para las actividades programadas por el Ayuntamiento de Alcoy (lote 9) · exp. C.1486</w:t>
            </w:r>
          </w:p>
        </w:tc>
        <w:tc>
          <w:tcPr>
            <w:tcW w:type="dxa" w:w="1440"/>
          </w:tcPr>
          <w:p>
            <w:r>
              <w:t>Ayuntamiento de Alcoy · NIF P0300900H</w:t>
            </w:r>
          </w:p>
        </w:tc>
        <w:tc>
          <w:tcPr>
            <w:tcW w:type="dxa" w:w="1440"/>
          </w:tcPr>
          <w:p>
            <w:r>
              <w:t>5.874,44 €</w:t>
            </w:r>
          </w:p>
        </w:tc>
        <w:tc>
          <w:tcPr>
            <w:tcW w:type="dxa" w:w="1440"/>
          </w:tcPr>
          <w:p>
            <w:r>
              <w:t>30/08/2024</w:t>
            </w:r>
          </w:p>
        </w:tc>
        <w:tc>
          <w:tcPr>
            <w:tcW w:type="dxa" w:w="1440"/>
          </w:tcPr>
          <w:p>
            <w:r>
              <w:t>24/09/2024 – 24/09/2025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149.354,89 € sin IVA, en 7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Alcoy (NIF P0300900H)</w:t>
      </w:r>
    </w:p>
    <w:p>
      <w:r>
        <w:t xml:space="preserve">RMS AUDIO, S.L., con NIF B53114823, adjudicataria del contrato «Suministro y servicios asociados para la adquisición e instalación de elementos audiovisuales para el Parque Tecnológico Urbano de Rodes en Alcoy», expediente C.1644, adjudicado el 18/12/2025 por 62.250,00 €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29/12/2025 a 29/03/2026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Alcoy (NIF P0300900H)</w:t>
      </w:r>
    </w:p>
    <w:p>
      <w:r>
        <w:t xml:space="preserve">RMS AUDIO, S.L., con NIF B53114823, adjudicataria del contrato «Contratación de alquiler y asistencia técnica de equipos de sonido e iluminación para las actividades programadas por el Ayuntamiento de Alcoy», lote 1, expediente C.1486, adjudicado el 19/09/2024 por 28.294,37 €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20/10/2024 a 20/10/2025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Alcoy (NIF P0300900H)</w:t>
      </w:r>
    </w:p>
    <w:p>
      <w:r>
        <w:t xml:space="preserve">RMS AUDIO, S.L., con NIF B53114823, adjudicataria del contrato «Contratación de alquiler y asistencia técnica de equipos de sonido e iluminación para las actividades programadas por el Ayuntamiento de Alcoy», lote 10, expediente C.1486, adjudicado el 19/09/2024 por 18.366,00 €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20/10/2024 a 20/10/2025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Alcoy (NIF P0300900H)</w:t>
      </w:r>
    </w:p>
    <w:p>
      <w:r>
        <w:t xml:space="preserve">RMS AUDIO, S.L., con NIF B53114823, adjudicataria del contrato «Contratación de alquiler y asistencia técnica de equipos de sonido e iluminación para las actividades programadas por el Ayuntamiento de Alcoy», lote 11, expediente C.1486, adjudicado el 19/09/2024 por 13.160,34 €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20/10/2024 a 20/10/2025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Alcoy (NIF P0300900H)</w:t>
      </w:r>
    </w:p>
    <w:p>
      <w:r>
        <w:t xml:space="preserve">RMS AUDIO, S.L., con NIF B53114823, adjudicataria del contrato «Contratación de alquiler y asistencia técnica de equipos de sonido e iluminación para las actividades programadas por el Ayuntamiento de Alcoy», lote 3, expediente C.1486, adjudicado el 06/09/2024 por 10.636,05 €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02/10/2024 a 02/10/2025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Alcoy (NIF P0300900H)</w:t>
      </w:r>
    </w:p>
    <w:p>
      <w:r>
        <w:t xml:space="preserve">RMS AUDIO, S.L., con NIF B53114823, adjudicataria del contrato «Contratación de alquiler y asistencia técnica de equipos de sonido e iluminación para las actividades programadas por el Ayuntamiento de Alcoy», lote 6, expediente C.1486, adjudicado el 05/09/2024 por 10.773,69 €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02/10/2024 a 02/10/2025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Alcoy (NIF P0300900H)</w:t>
      </w:r>
    </w:p>
    <w:p>
      <w:r>
        <w:t xml:space="preserve">RMS AUDIO, S.L., con NIF B53114823, adjudicataria del contrato «Contratación de alquiler y asistencia técnica de equipos de sonido e iluminación para las actividades programadas por el Ayuntamiento de Alcoy», lote 9, expediente C.1486, adjudicado el 30/08/2024 por 5.874,44 €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24/09/2024 a 24/09/2025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