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RINUGU SL</w:t>
      </w:r>
    </w:p>
    <w:p>
      <w:r>
        <w:t>NIF B21123401.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