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RIEGOS CARDENAS, S.L.</w:t>
      </w:r>
    </w:p>
    <w:p>
      <w:r>
        <w:t>NIF B75692996.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mobiliario, enseres domésticos y electrodomésticos necesarios para el adecuado equipamiento del inmueble destinado a vivienda, adquirido por dicho Ayuntamiento en el núcleo urbano del municipio y sito en Calle Venezuela 5 , en el marco del Programa “Moguer: Hogares-Resilientes”. (lote 2) · exp. 32/2026 EQUIPAMIENTO INMUEBLE</w:t>
            </w:r>
          </w:p>
        </w:tc>
        <w:tc>
          <w:tcPr>
            <w:tcW w:type="dxa" w:w="1440"/>
          </w:tcPr>
          <w:p>
            <w:r>
              <w:t>Ayuntamiento de Moguer · NIF P2105000J</w:t>
            </w:r>
          </w:p>
        </w:tc>
        <w:tc>
          <w:tcPr>
            <w:tcW w:type="dxa" w:w="1440"/>
          </w:tcPr>
          <w:p>
            <w:r>
              <w:t>7.760,12 €</w:t>
            </w:r>
          </w:p>
        </w:tc>
        <w:tc>
          <w:tcPr>
            <w:tcW w:type="dxa" w:w="1440"/>
          </w:tcPr>
          <w:p>
            <w:r>
              <w:t>06/04/2026</w:t>
            </w:r>
          </w:p>
        </w:tc>
        <w:tc>
          <w:tcPr>
            <w:tcW w:type="dxa" w:w="1440"/>
          </w:tcPr>
          <w:p>
            <w:r>
              <w:t>21/04/2026 – 21/05/2026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de mobiliario, enseres domésticos y electrodomésticos necesarios para el adecuado equipamiento del inmueble destinado a vivienda, adquirido por dicho Ayuntamiento en el núcleo urbano del municipio y sito en Calle Venezuela 5 , en el marco del Programa “Moguer: Hogares-Resilientes”. (lote 1) · exp. 32/2026 EQUIPAMIENTO INMUEBLE</w:t>
            </w:r>
          </w:p>
        </w:tc>
        <w:tc>
          <w:tcPr>
            <w:tcW w:type="dxa" w:w="1440"/>
          </w:tcPr>
          <w:p>
            <w:r>
              <w:t>Ayuntamiento de Moguer · NIF P2105000J</w:t>
            </w:r>
          </w:p>
        </w:tc>
        <w:tc>
          <w:tcPr>
            <w:tcW w:type="dxa" w:w="1440"/>
          </w:tcPr>
          <w:p>
            <w:r>
              <w:t>3.846,03 €</w:t>
            </w:r>
          </w:p>
        </w:tc>
        <w:tc>
          <w:tcPr>
            <w:tcW w:type="dxa" w:w="1440"/>
          </w:tcPr>
          <w:p>
            <w:r>
              <w:t>19/03/2026</w:t>
            </w:r>
          </w:p>
        </w:tc>
        <w:tc>
          <w:tcPr>
            <w:tcW w:type="dxa" w:w="1440"/>
          </w:tcPr>
          <w:p>
            <w:r>
              <w:t>06/04/2026 – 06/05/2026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de mobiliario, enseres domésticos y electrodomésticos necesarios para el adecuado equipamiento del inmueble destinado a vivienda, adquirido por dicho Ayuntamiento en el núcleo urbano del municipio y sito en Calle Venezuela 5 , en el marco del Programa “Moguer: Hogares-Resilientes”. (lote 3) · exp. 32/2026 EQUIPAMIENTO INMUEBLE</w:t>
            </w:r>
          </w:p>
        </w:tc>
        <w:tc>
          <w:tcPr>
            <w:tcW w:type="dxa" w:w="1440"/>
          </w:tcPr>
          <w:p>
            <w:r>
              <w:t>Ayuntamiento de Moguer · NIF P2105000J</w:t>
            </w:r>
          </w:p>
        </w:tc>
        <w:tc>
          <w:tcPr>
            <w:tcW w:type="dxa" w:w="1440"/>
          </w:tcPr>
          <w:p>
            <w:r>
              <w:t>3.636,49 €</w:t>
            </w:r>
          </w:p>
        </w:tc>
        <w:tc>
          <w:tcPr>
            <w:tcW w:type="dxa" w:w="1440"/>
          </w:tcPr>
          <w:p>
            <w:r>
              <w:t>19/03/2026</w:t>
            </w:r>
          </w:p>
        </w:tc>
        <w:tc>
          <w:tcPr>
            <w:tcW w:type="dxa" w:w="1440"/>
          </w:tcPr>
          <w:p>
            <w:r>
              <w:t>06/04/2026 – 06/05/2026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15.242,64 €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Moguer (NIF P2105000J)</w:t>
      </w:r>
    </w:p>
    <w:p>
      <w:r>
        <w:t xml:space="preserve">RIEGOS CARDENAS, S.L., con NIF B75692996, adjudicataria del contrato «Suministro e instalación de mobiliario, enseres domésticos y electrodomésticos necesarios para el adecuado equipamiento del inmueble destinado a vivienda, adquirido por dicho Ayuntamiento en el núcleo urbano del municipio y sito en Calle Venezuela 5 , en el marco del Programa “Moguer: Hogares-Resilientes”.», lote 2, expediente 32/2026 EQUIPAMIENTO INMUEBLE, adjudicado el 06/04/2026 por 7.760,12 €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21/04/2026 a 21/05/2026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Moguer (NIF P2105000J)</w:t>
      </w:r>
    </w:p>
    <w:p>
      <w:r>
        <w:t xml:space="preserve">RIEGOS CARDENAS, S.L., con NIF B75692996, adjudicataria del contrato «Suministro e instalación de mobiliario, enseres domésticos y electrodomésticos necesarios para el adecuado equipamiento del inmueble destinado a vivienda, adquirido por dicho Ayuntamiento en el núcleo urbano del municipio y sito en Calle Venezuela 5 , en el marco del Programa “Moguer: Hogares-Resilientes”.», lote 1, expediente 32/2026 EQUIPAMIENTO INMUEBLE, adjudicado el 19/03/2026 por 3.846,03 €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06/04/2026 a 06/05/2026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Moguer (NIF P2105000J)</w:t>
      </w:r>
    </w:p>
    <w:p>
      <w:r>
        <w:t xml:space="preserve">RIEGOS CARDENAS, S.L., con NIF B75692996, adjudicataria del contrato «Suministro e instalación de mobiliario, enseres domésticos y electrodomésticos necesarios para el adecuado equipamiento del inmueble destinado a vivienda, adquirido por dicho Ayuntamiento en el núcleo urbano del municipio y sito en Calle Venezuela 5 , en el marco del Programa “Moguer: Hogares-Resilientes”.», lote 3, expediente 32/2026 EQUIPAMIENTO INMUEBLE, adjudicado el 19/03/2026 por 3.636,49 €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06/04/2026 a 06/05/2026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