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Ribera de Pareja, S.L.</w:t>
      </w:r>
    </w:p>
    <w:p>
      <w:r>
        <w:t>NIF B19280502.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Pavimentación de vías de aviso a la población dentro del Plan de Actuación en Emergencia Nuclear · exp. 3/2023</w:t>
            </w:r>
          </w:p>
        </w:tc>
        <w:tc>
          <w:tcPr>
            <w:tcW w:type="dxa" w:w="1440"/>
          </w:tcPr>
          <w:p>
            <w:r>
              <w:t>Ayuntamiento de Pareja · NIF P1925200F</w:t>
            </w:r>
          </w:p>
        </w:tc>
        <w:tc>
          <w:tcPr>
            <w:tcW w:type="dxa" w:w="1440"/>
          </w:tcPr>
          <w:p>
            <w:r>
              <w:t>49.623,19 €</w:t>
            </w:r>
          </w:p>
        </w:tc>
        <w:tc>
          <w:tcPr>
            <w:tcW w:type="dxa" w:w="1440"/>
          </w:tcPr>
          <w:p>
            <w:r>
              <w:t>02/11/2023</w:t>
            </w:r>
          </w:p>
        </w:tc>
        <w:tc>
          <w:tcPr>
            <w:tcW w:type="dxa" w:w="1440"/>
          </w:tcPr>
          <w:p>
            <w:r>
              <w:t>02/12/2023 – 02/04/2024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49.623,19 €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Pareja (NIF P1925200F)</w:t>
      </w:r>
    </w:p>
    <w:p>
      <w:r>
        <w:t xml:space="preserve">Ribera de Pareja, S.L., con NIF B19280502, adjudicataria del contrato «Pavimentación de vías de aviso a la población dentro del Plan de Actuación en Emergencia Nuclear», expediente 3/2023, adjudicado el 02/11/2023 por 49.623,19 €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02/12/2023 a 02/04/2024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