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RG CIVIL ENGINEERING MANAGEMENT CONSULTING SLP</w:t>
      </w:r>
    </w:p>
    <w:p>
      <w:r>
        <w:t>NIF B55592927.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