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REPR. FERMÍN ESCRIBANO, S. L.</w:t>
      </w:r>
    </w:p>
    <w:p>
      <w:r>
        <w:t>NIF B16182792.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