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REPARACION DE CARROCERIAS PAREIZO SL</w:t>
      </w:r>
    </w:p>
    <w:p>
      <w:r>
        <w:t>NIF B48484448.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mantenimiento de carrocerías en las instalaciones del carrocero · exp. P10033378</w:t>
            </w:r>
          </w:p>
        </w:tc>
        <w:tc>
          <w:tcPr>
            <w:tcW w:type="dxa" w:w="1440"/>
          </w:tcPr>
          <w:p>
            <w:r>
              <w:t>Órgano de Contratación de EuskoTrenbideak FFCC Vascos, S.A.U.</w:t>
            </w:r>
          </w:p>
        </w:tc>
        <w:tc>
          <w:tcPr>
            <w:tcW w:type="dxa" w:w="1440"/>
          </w:tcPr>
          <w:p>
            <w:r>
              <w:t>192.000,00 €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06/05/2024 – 06/05/2025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homologación de proveedoresde los servicios de mantenimiento y reparación de la flota de vehículos de la Diputación Foral de Bizkaia. (lote 656899) · exp. 2022/0015/074/07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10/03/2023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homologación de proveedoresde los servicios de mantenimiento y reparación de la flota de vehículos de la Diputación Foral de Bizkaia. (lote 656901) · exp. 2022/0015/074/07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17/02/2023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homologación de proveedoresde los servicios de mantenimiento y reparación de la flota de vehículos de la Diputación Foral de Bizkaia. (lote 656904) · exp. 2022/0015/074/07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10/03/2023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homologación de proveedoresde los servicios de mantenimiento y reparación de la flota de vehículos de la Diputación Foral de Bizkaia. (lote 656906) · exp. 2022/0015/074/07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13/04/2023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homologación de proveedoresde los servicios de mantenimiento y reparación de la flota de vehículos de la Diputación Foral de Bizkaia. (lote 656907) · exp. 2022/0015/074/07</w:t>
            </w:r>
          </w:p>
        </w:tc>
        <w:tc>
          <w:tcPr>
            <w:tcW w:type="dxa" w:w="1440"/>
          </w:tcPr>
          <w:p>
            <w:r>
              <w:t>Diputación Foral de Bizkaia-Diputada Foral de Administración Pública y Relaciones Institucionales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17/02/2023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192.000,00 € sin IVA, en 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Órgano de Contratación de EuskoTrenbideak FFCC Vascos, S.A.U.</w:t>
      </w:r>
    </w:p>
    <w:p>
      <w:r>
        <w:t xml:space="preserve">REPARACION DE CARROCERIAS PAREIZO SL, con NIF B48484448, adjudicataria del contrato «mantenimiento de carrocerías en las instalaciones del carrocero», expediente P10033378, adjudicado el …… por 192.000,00 €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06/05/2024 a 06/05/2025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REPARACION DE CARROCERIAS PAREIZO SL, con NIF B48484448, adjudicataria del contrato «Acuerdo marco de homologación de proveedoresde los servicios de mantenimiento y reparación de la flota de vehículos de la Diputación Foral de Bizkaia.», lote 656899, expediente 2022/0015/074/07,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10/03/2023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REPARACION DE CARROCERIAS PAREIZO SL, con NIF B48484448, adjudicataria del contrato «Acuerdo marco de homologación de proveedoresde los servicios de mantenimiento y reparación de la flota de vehículos de la Diputación Foral de Bizkaia.», lote 656901, expediente 2022/0015/074/07,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REPARACION DE CARROCERIAS PAREIZO SL, con NIF B48484448, adjudicataria del contrato «Acuerdo marco de homologación de proveedoresde los servicios de mantenimiento y reparación de la flota de vehículos de la Diputación Foral de Bizkaia.», lote 656904, expediente 2022/0015/074/07,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10/03/2023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REPARACION DE CARROCERIAS PAREIZO SL, con NIF B48484448, adjudicataria del contrato «Acuerdo marco de homologación de proveedoresde los servicios de mantenimiento y reparación de la flota de vehículos de la Diputación Foral de Bizkaia.», lote 656906, expediente 2022/0015/074/07,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13/04/2023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Bizkaia-Diputada Foral de Administración Pública y Relaciones Institucionales</w:t>
      </w:r>
    </w:p>
    <w:p>
      <w:r>
        <w:t xml:space="preserve">REPARACION DE CARROCERIAS PAREIZO SL, con NIF B48484448, adjudicataria del contrato «Acuerdo marco de homologación de proveedoresde los servicios de mantenimiento y reparación de la flota de vehículos de la Diputación Foral de Bizkaia.», lote 656907, expediente 2022/0015/074/07,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17/02/2023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