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REGIN CONTROLS IBERICA SA</w:t>
      </w:r>
    </w:p>
    <w:p>
      <w:r>
        <w:t>NIF A85764769.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legal, preventivo y correctivo del sistema de control y gestión de instalaciones del HUCU · exp. 2025/011745</w:t>
            </w:r>
          </w:p>
        </w:tc>
        <w:tc>
          <w:tcPr>
            <w:tcW w:type="dxa" w:w="1440"/>
          </w:tcPr>
          <w:p>
            <w:r>
              <w:t>Gerencia de Atención Integrada de Cuenca · NIF Q4500146H</w:t>
            </w:r>
          </w:p>
        </w:tc>
        <w:tc>
          <w:tcPr>
            <w:tcW w:type="dxa" w:w="1440"/>
          </w:tcPr>
          <w:p>
            <w:r>
              <w:t>78.975,00 €</w:t>
            </w:r>
          </w:p>
        </w:tc>
        <w:tc>
          <w:tcPr>
            <w:tcW w:type="dxa" w:w="1440"/>
          </w:tcPr>
          <w:p>
            <w:r>
              <w:t>02/12/2025</w:t>
            </w:r>
          </w:p>
        </w:tc>
        <w:tc>
          <w:tcPr>
            <w:tcW w:type="dxa" w:w="1440"/>
          </w:tcPr>
          <w:p>
            <w:r>
              <w:t>02/01/2026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 mantenimiento preventivo y correctivo del sistema de gestión centralizada para los equipos de climatización en el teatro de El Sauzal · exp. 3ASM25-1222/2025</w:t>
            </w:r>
          </w:p>
        </w:tc>
        <w:tc>
          <w:tcPr>
            <w:tcW w:type="dxa" w:w="1440"/>
          </w:tcPr>
          <w:p>
            <w:r>
              <w:t>Ayuntamiento de El Sauzal · NIF P3804100J</w:t>
            </w:r>
          </w:p>
        </w:tc>
        <w:tc>
          <w:tcPr>
            <w:tcW w:type="dxa" w:w="1440"/>
          </w:tcPr>
          <w:p>
            <w:r>
              <w:t>1.968,80 €</w:t>
            </w:r>
          </w:p>
        </w:tc>
        <w:tc>
          <w:tcPr>
            <w:tcW w:type="dxa" w:w="1440"/>
          </w:tcPr>
          <w:p>
            <w:r>
              <w:t>25/07/2025</w:t>
            </w:r>
          </w:p>
        </w:tc>
        <w:tc>
          <w:tcPr>
            <w:tcW w:type="dxa" w:w="1440"/>
          </w:tcPr>
          <w:p>
            <w:r>
              <w:t>25/08/2025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80.943,80 €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Atención Integrada de Cuenca (NIF Q4500146H)</w:t>
      </w:r>
    </w:p>
    <w:p>
      <w:r>
        <w:t xml:space="preserve">REGIN CONTROLS IBERICA SA, con NIF A85764769, adjudicataria del contrato «Servicio de mantenimiento legal, preventivo y correctivo del sistema de control y gestión de instalaciones del HUCU», expediente 2025/011745, adjudicado el 02/12/2025 por 78.975,00 €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02/01/2026 a 02/01/2027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El Sauzal (NIF P3804100J)</w:t>
      </w:r>
    </w:p>
    <w:p>
      <w:r>
        <w:t xml:space="preserve">REGIN CONTROLS IBERICA SA, con NIF A85764769, adjudicataria del contrato «Contrato de servicios de mantenimiento preventivo y correctivo del sistema de gestión centralizada para los equipos de climatización en el teatro de El Sauzal», expediente 3ASM25-1222/2025, adjudicado el 25/07/2025 por 1.968,80 €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25/08/2025 a 25/08/2029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