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RECLAM NATURA, S.L.</w:t>
      </w:r>
    </w:p>
    <w:p>
      <w:r>
        <w:t>NIF B75255950.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