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QUINTEIVA, S.LU</w:t>
      </w:r>
    </w:p>
    <w:p>
      <w:r>
        <w:t>NIF B64969751. Contratos públicos adjudicados en los tres últimos años (servicios), del 07/11/2023 al 07/11/2026,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Cabinas de almacenamiento para el sistema de teletexto y accesibilidad de RTVE · exp. S-00465-2026</w:t>
            </w:r>
          </w:p>
        </w:tc>
        <w:tc>
          <w:tcPr>
            <w:tcW w:type="dxa" w:w="1440"/>
          </w:tcPr>
          <w:p>
            <w:r>
              <w:t>Dirección de Compras de la Corporación de Radio y Televisión Española S.A. · NIF A84818558</w:t>
            </w:r>
          </w:p>
        </w:tc>
        <w:tc>
          <w:tcPr>
            <w:tcW w:type="dxa" w:w="1440"/>
          </w:tcPr>
          <w:p>
            <w:r>
              <w:t>105.602,08 €</w:t>
            </w:r>
          </w:p>
        </w:tc>
        <w:tc>
          <w:tcPr>
            <w:tcW w:type="dxa" w:w="1440"/>
          </w:tcPr>
          <w:p>
            <w:r>
              <w:t>19/03/2026</w:t>
            </w:r>
          </w:p>
        </w:tc>
        <w:tc>
          <w:tcPr>
            <w:tcW w:type="dxa" w:w="1440"/>
          </w:tcPr>
          <w:p>
            <w:r>
              <w:t>27/04/2026 – 24/09/2026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Subministrament de llicències de doble factor d'autenticació (2FA) Cisco Duo · exp. 2026-INF-C0203-000001</w:t>
            </w:r>
          </w:p>
        </w:tc>
        <w:tc>
          <w:tcPr>
            <w:tcW w:type="dxa" w:w="1440"/>
          </w:tcPr>
          <w:p>
            <w:r>
              <w:t>Ajuntament de Tortosa</w:t>
            </w:r>
          </w:p>
        </w:tc>
        <w:tc>
          <w:tcPr>
            <w:tcW w:type="dxa" w:w="1440"/>
          </w:tcPr>
          <w:p>
            <w:r>
              <w:t>5.314,94 €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23/04/2026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110.917,02 €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de Compras de la Corporación de Radio y Televisión Española S.A. (NIF A84818558)</w:t>
      </w:r>
    </w:p>
    <w:p>
      <w:r>
        <w:t xml:space="preserve">QUINTEIVA, S.LU, con NIF B64969751, adjudicataria del contrato «Cabinas de almacenamiento para el sistema de teletexto y accesibilidad de RTVE», expediente S-00465-2026, adjudicado el 19/03/2026 por 105.602,08 €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27/04/2026 a 24/09/2026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Tortosa</w:t>
      </w:r>
    </w:p>
    <w:p>
      <w:r>
        <w:t xml:space="preserve">QUINTEIVA, S.LU, con NIF B64969751, adjudicataria del contrato «Subministrament de llicències de doble factor d'autenticació (2FA) Cisco Duo», expediente 2026-INF-C0203-000001, adjudicado el …… por 5.314,94 €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23/04/2026 a 10/05/2029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