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QUENTA SOLUTIONS SL</w:t>
      </w:r>
    </w:p>
    <w:p>
      <w:r>
        <w:t>NIF B86555265.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Suscripciones y Servicio de Monitorización de la Experiencia digital y del rendimiento de aplicaciones 2023/2026 (lote 566949) · exp. EJIE-094-2023</w:t>
            </w:r>
          </w:p>
        </w:tc>
        <w:tc>
          <w:tcPr>
            <w:tcW w:type="dxa" w:w="1440"/>
          </w:tcPr>
          <w:p>
            <w:r>
              <w:t>EJIE, S.A. - Sociedad Informática del Gobierno Vasco-Director General, Presidente, Vicepresidente del Consejo de Administración o Consejo de Administraci</w:t>
            </w:r>
          </w:p>
        </w:tc>
        <w:tc>
          <w:tcPr>
            <w:tcW w:type="dxa" w:w="1440"/>
          </w:tcPr>
          <w:p>
            <w:r>
              <w:t>377.552,15 €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28/12/2023 – 28/12/2024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Suscripciones y Servicio de Monitorización de la Experiencia digital y del rendimiento de aplicaciones 2023/2026 (lote 566950) · exp. EJIE-094-2023</w:t>
            </w:r>
          </w:p>
        </w:tc>
        <w:tc>
          <w:tcPr>
            <w:tcW w:type="dxa" w:w="1440"/>
          </w:tcPr>
          <w:p>
            <w:r>
              <w:t>EJIE, S.A. - Sociedad Informática del Gobierno Vasco-Director General, Presidente, Vicepresidente del Consejo de Administración o Consejo de Administraci</w:t>
            </w:r>
          </w:p>
        </w:tc>
        <w:tc>
          <w:tcPr>
            <w:tcW w:type="dxa" w:w="1440"/>
          </w:tcPr>
          <w:p>
            <w:r>
              <w:t>805.225,96 €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28/12/2023 – 28/12/2024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1.182.778,11 €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EJIE, S.A. - Sociedad Informática del Gobierno Vasco-Director General, Presidente, Vicepresidente del Consejo de Administración o Consejo de Administraci</w:t>
      </w:r>
    </w:p>
    <w:p>
      <w:r>
        <w:t xml:space="preserve">QUENTA SOLUTIONS SL, con NIF B86555265, adjudicataria del contrato «Suscripciones y Servicio de Monitorización de la Experiencia digital y del rendimiento de aplicaciones 2023/2026», lote 566949, expediente EJIE-094-2023, adjudicado el …… por 377.552,15 €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28/12/2023 a 28/12/2024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EJIE, S.A. - Sociedad Informática del Gobierno Vasco-Director General, Presidente, Vicepresidente del Consejo de Administración o Consejo de Administraci</w:t>
      </w:r>
    </w:p>
    <w:p>
      <w:r>
        <w:t xml:space="preserve">QUENTA SOLUTIONS SL, con NIF B86555265, adjudicataria del contrato «Suscripciones y Servicio de Monitorización de la Experiencia digital y del rendimiento de aplicaciones 2023/2026», lote 566950, expediente EJIE-094-2023, adjudicado el …… por 805.225,96 €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28/12/2023 a 28/12/2024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