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QUENTA SOLUTIONS SL</w:t>
      </w:r>
    </w:p>
    <w:p>
      <w:r>
        <w:t>NIF B86555265.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Licencia Envato Complete Enterprise · exp. 2024.10.SDA.030</w:t>
            </w:r>
          </w:p>
        </w:tc>
        <w:tc>
          <w:tcPr>
            <w:tcW w:type="dxa" w:w="1440"/>
          </w:tcPr>
          <w:p>
            <w:r>
              <w:t>Grupo Euskal Irrati Telebista-Director/a Gerente EITB</w:t>
            </w:r>
          </w:p>
        </w:tc>
        <w:tc>
          <w:tcPr>
            <w:tcW w:type="dxa" w:w="1440"/>
          </w:tcPr>
          <w:p>
            <w:r>
              <w:t>13.395,00 €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11/05/2026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Sistema Dinámico de Compra de Licencias, Hardware Y Consultorías de Infraestructuras TIC con destino a la Administración de la Comunidad Foral de Navarra (lote 1) · exp. 8379_0005-CSDC-2022-000002</w:t>
            </w:r>
          </w:p>
        </w:tc>
        <w:tc>
          <w:tcPr>
            <w:tcW w:type="dxa" w:w="1440"/>
          </w:tcPr>
          <w:p>
            <w:r>
              <w:t>el Director General de Telecomunicaciones y Digitalización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09/03/2023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Sistema dinámico de compra de licencias informáticas con destino a las Sociedades Públicas del Gobierno de Navarra (lote 2) · exp. 8085_DS22_0001</w:t>
            </w:r>
          </w:p>
        </w:tc>
        <w:tc>
          <w:tcPr>
            <w:tcW w:type="dxa" w:w="1440"/>
          </w:tcPr>
          <w:p>
            <w:r>
              <w:t>Corporación Pública Empresarial de Navarra, S.L.U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02/11/2023 – 18/05/2026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13.395,00 €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Grupo Euskal Irrati Telebista-Director/a Gerente EITB</w:t>
      </w:r>
    </w:p>
    <w:p>
      <w:r>
        <w:t xml:space="preserve">QUENTA SOLUTIONS SL, con NIF B86555265, adjudicataria del contrato «Licencia Envato Complete Enterprise», expediente 2024.10.SDA.030, adjudicado el …… por 13.395,00 €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11/05/2026 a 11/05/2027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el Director General de Telecomunicaciones y Digitalización</w:t>
      </w:r>
    </w:p>
    <w:p>
      <w:r>
        <w:t xml:space="preserve">QUENTA SOLUTIONS SL, con NIF B86555265, adjudicataria del contrato «Sistema Dinámico de Compra de Licencias, Hardware Y Consultorías de Infraestructuras TIC con destino a la Administración de la Comunidad Foral de Navarra», lote 1, expediente 8379_0005-CSDC-2022-000002,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09/03/2023 a 31/12/2026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Corporación Pública Empresarial de Navarra, S.L.U</w:t>
      </w:r>
    </w:p>
    <w:p>
      <w:r>
        <w:t xml:space="preserve">QUENTA SOLUTIONS SL, con NIF B86555265, adjudicataria del contrato «Sistema dinámico de compra de licencias informáticas con destino a las Sociedades Públicas del Gobierno de Navarra», lote 2, expediente 8085_DS22_0001,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02/11/2023 a 18/05/2026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