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EER DESTINATIONS</w:t>
      </w:r>
    </w:p>
    <w:p>
      <w:r>
        <w:t>NIF B0696013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